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D7FC" w14:textId="77777777" w:rsidR="00DC762B" w:rsidRDefault="00000000" w:rsidP="00C228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85D">
        <w:rPr>
          <w:rFonts w:ascii="Times New Roman" w:hAnsi="Times New Roman" w:cs="Times New Roman"/>
          <w:b/>
          <w:bCs/>
          <w:sz w:val="24"/>
          <w:szCs w:val="24"/>
        </w:rPr>
        <w:t>Chamada</w:t>
      </w:r>
      <w:proofErr w:type="spellEnd"/>
      <w:r w:rsidRPr="00C2285D">
        <w:rPr>
          <w:rFonts w:ascii="Times New Roman" w:hAnsi="Times New Roman" w:cs="Times New Roman"/>
          <w:b/>
          <w:bCs/>
          <w:sz w:val="24"/>
          <w:szCs w:val="24"/>
        </w:rPr>
        <w:t xml:space="preserve"> Interna Nº 02/2025 – Publicação de </w:t>
      </w:r>
      <w:proofErr w:type="spellStart"/>
      <w:r w:rsidRPr="00C2285D">
        <w:rPr>
          <w:rFonts w:ascii="Times New Roman" w:hAnsi="Times New Roman" w:cs="Times New Roman"/>
          <w:b/>
          <w:bCs/>
          <w:sz w:val="24"/>
          <w:szCs w:val="24"/>
        </w:rPr>
        <w:t>Manuais</w:t>
      </w:r>
      <w:proofErr w:type="spellEnd"/>
      <w:r w:rsidRPr="00C22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85D">
        <w:rPr>
          <w:rFonts w:ascii="Times New Roman" w:hAnsi="Times New Roman" w:cs="Times New Roman"/>
          <w:b/>
          <w:bCs/>
          <w:sz w:val="24"/>
          <w:szCs w:val="24"/>
        </w:rPr>
        <w:t>Técnicos</w:t>
      </w:r>
      <w:proofErr w:type="spellEnd"/>
      <w:r w:rsidRPr="00C2285D">
        <w:rPr>
          <w:rFonts w:ascii="Times New Roman" w:hAnsi="Times New Roman" w:cs="Times New Roman"/>
          <w:b/>
          <w:bCs/>
          <w:sz w:val="24"/>
          <w:szCs w:val="24"/>
        </w:rPr>
        <w:t xml:space="preserve"> – IFPA/PROPPG</w:t>
      </w:r>
    </w:p>
    <w:p w14:paraId="42C71985" w14:textId="14DD04D9" w:rsidR="00C2285D" w:rsidRPr="00C2285D" w:rsidRDefault="00C2285D" w:rsidP="00C2285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285D">
        <w:rPr>
          <w:rFonts w:ascii="Times New Roman" w:hAnsi="Times New Roman" w:cs="Times New Roman"/>
          <w:b/>
          <w:bCs/>
          <w:sz w:val="24"/>
          <w:szCs w:val="24"/>
          <w:u w:val="single"/>
        </w:rPr>
        <w:t>FORMULÁRIO PARA RECURSO</w:t>
      </w:r>
    </w:p>
    <w:p w14:paraId="47C494DF" w14:textId="77777777" w:rsidR="00DC762B" w:rsidRPr="00C2285D" w:rsidRDefault="00000000" w:rsidP="00C2285D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285D">
        <w:rPr>
          <w:rFonts w:ascii="Times New Roman" w:hAnsi="Times New Roman" w:cs="Times New Roman"/>
          <w:color w:val="auto"/>
          <w:sz w:val="24"/>
          <w:szCs w:val="24"/>
        </w:rPr>
        <w:t>Dados do(a) Proponente</w:t>
      </w:r>
    </w:p>
    <w:p w14:paraId="5B8FFCF0" w14:textId="7777777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Nome completo: _____________________________________________</w:t>
      </w:r>
    </w:p>
    <w:p w14:paraId="3DE7596E" w14:textId="59A4749F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285D">
        <w:rPr>
          <w:rFonts w:ascii="Times New Roman" w:hAnsi="Times New Roman" w:cs="Times New Roman"/>
          <w:sz w:val="24"/>
          <w:szCs w:val="24"/>
        </w:rPr>
        <w:t>SIAPE :</w:t>
      </w:r>
      <w:proofErr w:type="gramEnd"/>
      <w:r w:rsidRPr="00C2285D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14:paraId="1E2FE79F" w14:textId="7777777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 xml:space="preserve">E-mail </w:t>
      </w:r>
      <w:proofErr w:type="spellStart"/>
      <w:r w:rsidRPr="00C2285D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Pr="00C2285D">
        <w:rPr>
          <w:rFonts w:ascii="Times New Roman" w:hAnsi="Times New Roman" w:cs="Times New Roman"/>
          <w:sz w:val="24"/>
          <w:szCs w:val="24"/>
        </w:rPr>
        <w:t>: _____________________________________________</w:t>
      </w:r>
    </w:p>
    <w:p w14:paraId="2ED57B15" w14:textId="7777777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Telefone para contato: _____________________________________________</w:t>
      </w:r>
    </w:p>
    <w:p w14:paraId="4EDF9092" w14:textId="7777777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Campus: _____________________________________________</w:t>
      </w:r>
    </w:p>
    <w:p w14:paraId="71BA16DD" w14:textId="77777777" w:rsidR="00DC762B" w:rsidRPr="00C2285D" w:rsidRDefault="00000000" w:rsidP="00C2285D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285D">
        <w:rPr>
          <w:rFonts w:ascii="Times New Roman" w:hAnsi="Times New Roman" w:cs="Times New Roman"/>
          <w:color w:val="auto"/>
          <w:sz w:val="24"/>
          <w:szCs w:val="24"/>
        </w:rPr>
        <w:t>Dados da Proposta Submetida</w:t>
      </w:r>
    </w:p>
    <w:p w14:paraId="0B0C16B9" w14:textId="7777777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Título do Manual Técnico: _____________________________________________</w:t>
      </w:r>
    </w:p>
    <w:p w14:paraId="69D06330" w14:textId="5BDD8911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Tipo de pesquisa vinculada</w:t>
      </w:r>
      <w:proofErr w:type="gramStart"/>
      <w:r w:rsidRPr="00C2285D">
        <w:rPr>
          <w:rFonts w:ascii="Times New Roman" w:hAnsi="Times New Roman" w:cs="Times New Roman"/>
          <w:sz w:val="24"/>
          <w:szCs w:val="24"/>
        </w:rPr>
        <w:t>:  (</w:t>
      </w:r>
      <w:proofErr w:type="gramEnd"/>
      <w:r w:rsidRPr="00C2285D">
        <w:rPr>
          <w:rFonts w:ascii="Times New Roman" w:hAnsi="Times New Roman" w:cs="Times New Roman"/>
          <w:sz w:val="24"/>
          <w:szCs w:val="24"/>
        </w:rPr>
        <w:t xml:space="preserve"> ) TCC</w:t>
      </w:r>
      <w:proofErr w:type="gramStart"/>
      <w:r w:rsidRPr="00C2285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2285D">
        <w:rPr>
          <w:rFonts w:ascii="Times New Roman" w:hAnsi="Times New Roman" w:cs="Times New Roman"/>
          <w:sz w:val="24"/>
          <w:szCs w:val="24"/>
        </w:rPr>
        <w:t xml:space="preserve"> ) Dissertação</w:t>
      </w:r>
      <w:proofErr w:type="gramStart"/>
      <w:r w:rsidRPr="00C2285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2285D">
        <w:rPr>
          <w:rFonts w:ascii="Times New Roman" w:hAnsi="Times New Roman" w:cs="Times New Roman"/>
          <w:sz w:val="24"/>
          <w:szCs w:val="24"/>
        </w:rPr>
        <w:t xml:space="preserve"> ) Tese</w:t>
      </w:r>
      <w:proofErr w:type="gramStart"/>
      <w:r w:rsidRPr="00C2285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2285D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C2285D">
        <w:rPr>
          <w:rFonts w:ascii="Times New Roman" w:hAnsi="Times New Roman" w:cs="Times New Roman"/>
          <w:sz w:val="24"/>
          <w:szCs w:val="24"/>
        </w:rPr>
        <w:t>Projeto</w:t>
      </w:r>
      <w:proofErr w:type="spellEnd"/>
      <w:r w:rsidRPr="00C2285D">
        <w:rPr>
          <w:rFonts w:ascii="Times New Roman" w:hAnsi="Times New Roman" w:cs="Times New Roman"/>
          <w:sz w:val="24"/>
          <w:szCs w:val="24"/>
        </w:rPr>
        <w:t xml:space="preserve"> de Pesquisa</w:t>
      </w:r>
    </w:p>
    <w:p w14:paraId="22B33E07" w14:textId="77777777" w:rsidR="00C2285D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 xml:space="preserve">Data da </w:t>
      </w:r>
      <w:proofErr w:type="spellStart"/>
      <w:r w:rsidRPr="00C2285D">
        <w:rPr>
          <w:rFonts w:ascii="Times New Roman" w:hAnsi="Times New Roman" w:cs="Times New Roman"/>
          <w:sz w:val="24"/>
          <w:szCs w:val="24"/>
        </w:rPr>
        <w:t>submissão</w:t>
      </w:r>
      <w:proofErr w:type="spellEnd"/>
      <w:r w:rsidRPr="00C2285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C2285D">
        <w:rPr>
          <w:rFonts w:ascii="Times New Roman" w:hAnsi="Times New Roman" w:cs="Times New Roman"/>
          <w:sz w:val="24"/>
          <w:szCs w:val="24"/>
        </w:rPr>
        <w:t>proposta</w:t>
      </w:r>
      <w:proofErr w:type="spellEnd"/>
      <w:r w:rsidRPr="00C2285D">
        <w:rPr>
          <w:rFonts w:ascii="Times New Roman" w:hAnsi="Times New Roman" w:cs="Times New Roman"/>
          <w:sz w:val="24"/>
          <w:szCs w:val="24"/>
        </w:rPr>
        <w:t>: ____/____/2025:</w:t>
      </w:r>
    </w:p>
    <w:p w14:paraId="1305B4D2" w14:textId="77777777" w:rsidR="00DC762B" w:rsidRPr="00C2285D" w:rsidRDefault="00000000" w:rsidP="00C2285D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2285D">
        <w:rPr>
          <w:rFonts w:ascii="Times New Roman" w:hAnsi="Times New Roman" w:cs="Times New Roman"/>
          <w:color w:val="auto"/>
          <w:sz w:val="24"/>
          <w:szCs w:val="24"/>
        </w:rPr>
        <w:t>Motivação</w:t>
      </w:r>
      <w:proofErr w:type="spellEnd"/>
      <w:r w:rsidRPr="00C2285D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proofErr w:type="spellStart"/>
      <w:r w:rsidRPr="00C2285D">
        <w:rPr>
          <w:rFonts w:ascii="Times New Roman" w:hAnsi="Times New Roman" w:cs="Times New Roman"/>
          <w:color w:val="auto"/>
          <w:sz w:val="24"/>
          <w:szCs w:val="24"/>
        </w:rPr>
        <w:t>Recurso</w:t>
      </w:r>
      <w:proofErr w:type="spellEnd"/>
    </w:p>
    <w:p w14:paraId="5CF68F8A" w14:textId="7777777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(Justifique de forma objetiva e fundamentada as razões do pedido de reavaliação do resultado preliminar. Se necessário, anexe documentos que sustentem seu pedido.)</w:t>
      </w:r>
    </w:p>
    <w:p w14:paraId="79ED8442" w14:textId="4ADE9EE3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27F7E418" w14:textId="43722D60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6BF639F8" w14:textId="6005762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601AC359" w14:textId="73A7A6B4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7DC508AB" w14:textId="5444AF54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0AEA7213" w14:textId="2C936935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5F26F062" w14:textId="644612F8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73E0C341" w14:textId="6A70833B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10AF84C9" w14:textId="749A8B21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3885C359" w14:textId="28925F3D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 w:rsidR="00C2285D" w:rsidRPr="00C2285D">
        <w:rPr>
          <w:rFonts w:ascii="Times New Roman" w:hAnsi="Times New Roman" w:cs="Times New Roman"/>
          <w:sz w:val="24"/>
          <w:szCs w:val="24"/>
        </w:rPr>
        <w:t>______</w:t>
      </w:r>
    </w:p>
    <w:p w14:paraId="7EA40D3D" w14:textId="77777777" w:rsidR="00DC762B" w:rsidRPr="00C2285D" w:rsidRDefault="00000000" w:rsidP="00C2285D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285D">
        <w:rPr>
          <w:rFonts w:ascii="Times New Roman" w:hAnsi="Times New Roman" w:cs="Times New Roman"/>
          <w:color w:val="auto"/>
          <w:sz w:val="24"/>
          <w:szCs w:val="24"/>
        </w:rPr>
        <w:t>Declaração</w:t>
      </w:r>
    </w:p>
    <w:p w14:paraId="769CCA2E" w14:textId="7777777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Declaro que as informações aqui prestadas são verdadeiras e que estou ciente das disposições da Chamada nº 02/2025 – IFPA/PROPPG. Estou ciente de que o presente recurso será analisado pela comissão julgadora, conforme o cronograma e as normas estabelecidas.</w:t>
      </w:r>
    </w:p>
    <w:p w14:paraId="78052BA3" w14:textId="7777777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br/>
        <w:t>Local e data: _____________________________</w:t>
      </w:r>
    </w:p>
    <w:p w14:paraId="7967FFD3" w14:textId="77777777" w:rsidR="00DC762B" w:rsidRPr="00C2285D" w:rsidRDefault="00000000" w:rsidP="00C2285D">
      <w:pPr>
        <w:jc w:val="both"/>
        <w:rPr>
          <w:rFonts w:ascii="Times New Roman" w:hAnsi="Times New Roman" w:cs="Times New Roman"/>
          <w:sz w:val="24"/>
          <w:szCs w:val="24"/>
        </w:rPr>
      </w:pPr>
      <w:r w:rsidRPr="00C2285D">
        <w:rPr>
          <w:rFonts w:ascii="Times New Roman" w:hAnsi="Times New Roman" w:cs="Times New Roman"/>
          <w:sz w:val="24"/>
          <w:szCs w:val="24"/>
        </w:rPr>
        <w:t>Assinatura do(a) Proponente: _______________________________________</w:t>
      </w:r>
    </w:p>
    <w:sectPr w:rsidR="00DC762B" w:rsidRPr="00C2285D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0F85D" w14:textId="77777777" w:rsidR="00052CCE" w:rsidRDefault="00052CCE" w:rsidP="00C2285D">
      <w:pPr>
        <w:spacing w:after="0" w:line="240" w:lineRule="auto"/>
      </w:pPr>
      <w:r>
        <w:separator/>
      </w:r>
    </w:p>
  </w:endnote>
  <w:endnote w:type="continuationSeparator" w:id="0">
    <w:p w14:paraId="7FA730BD" w14:textId="77777777" w:rsidR="00052CCE" w:rsidRDefault="00052CCE" w:rsidP="00C2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2ADF" w14:textId="77777777" w:rsidR="00052CCE" w:rsidRDefault="00052CCE" w:rsidP="00C2285D">
      <w:pPr>
        <w:spacing w:after="0" w:line="240" w:lineRule="auto"/>
      </w:pPr>
      <w:r>
        <w:separator/>
      </w:r>
    </w:p>
  </w:footnote>
  <w:footnote w:type="continuationSeparator" w:id="0">
    <w:p w14:paraId="44637893" w14:textId="77777777" w:rsidR="00052CCE" w:rsidRDefault="00052CCE" w:rsidP="00C22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B3163" w14:textId="77777777" w:rsidR="00C2285D" w:rsidRPr="00A267B2" w:rsidRDefault="00C2285D" w:rsidP="00C2285D">
    <w:pPr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 w:rsidRPr="00A267B2">
      <w:rPr>
        <w:rFonts w:ascii="Times New Roman" w:eastAsia="Times New Roman" w:hAnsi="Times New Roman" w:cs="Times New Roman"/>
        <w:b/>
        <w:noProof/>
      </w:rPr>
      <w:drawing>
        <wp:anchor distT="0" distB="0" distL="0" distR="0" simplePos="0" relativeHeight="251659264" behindDoc="1" locked="0" layoutInCell="1" hidden="0" allowOverlap="1" wp14:anchorId="2AB19D7C" wp14:editId="7AF36EAB">
          <wp:simplePos x="0" y="0"/>
          <wp:positionH relativeFrom="margin">
            <wp:posOffset>8155940</wp:posOffset>
          </wp:positionH>
          <wp:positionV relativeFrom="margin">
            <wp:posOffset>-833755</wp:posOffset>
          </wp:positionV>
          <wp:extent cx="1228725" cy="48450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484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A267B2">
      <w:rPr>
        <w:noProof/>
        <w:sz w:val="28"/>
        <w:szCs w:val="28"/>
      </w:rPr>
      <w:drawing>
        <wp:anchor distT="0" distB="0" distL="0" distR="0" simplePos="0" relativeHeight="251660288" behindDoc="1" locked="0" layoutInCell="1" hidden="0" allowOverlap="1" wp14:anchorId="67E9810B" wp14:editId="040864A2">
          <wp:simplePos x="0" y="0"/>
          <wp:positionH relativeFrom="column">
            <wp:posOffset>-464185</wp:posOffset>
          </wp:positionH>
          <wp:positionV relativeFrom="paragraph">
            <wp:posOffset>-318135</wp:posOffset>
          </wp:positionV>
          <wp:extent cx="839470" cy="1001395"/>
          <wp:effectExtent l="0" t="0" r="0" b="0"/>
          <wp:wrapNone/>
          <wp:docPr id="1" name="image2.jpg" descr="phoca_thumb_l_logo - if par vertical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phoca_thumb_l_logo - if par vertical (1)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9470" cy="1001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A267B2">
      <w:rPr>
        <w:rFonts w:ascii="Times New Roman" w:eastAsia="Times New Roman" w:hAnsi="Times New Roman" w:cs="Times New Roman"/>
        <w:b/>
      </w:rPr>
      <w:t>MINISTÉRIO DA EDUCAÇÃO</w:t>
    </w:r>
    <w:bookmarkStart w:id="0" w:name="_30j0zll" w:colFirst="0" w:colLast="0"/>
    <w:bookmarkEnd w:id="0"/>
  </w:p>
  <w:p w14:paraId="3AF26CFF" w14:textId="77777777" w:rsidR="00C2285D" w:rsidRPr="00A267B2" w:rsidRDefault="00C2285D" w:rsidP="00C2285D">
    <w:pPr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 w:rsidRPr="00A267B2">
      <w:rPr>
        <w:rFonts w:ascii="Times New Roman" w:eastAsia="Times New Roman" w:hAnsi="Times New Roman" w:cs="Times New Roman"/>
        <w:b/>
      </w:rPr>
      <w:t>INSTITUTO FEDERAL DE EDUCAÇÃO, CIÊNCIA E TECNOLOGIA DO PARÁ</w:t>
    </w:r>
  </w:p>
  <w:p w14:paraId="014C37CD" w14:textId="77777777" w:rsidR="00C2285D" w:rsidRPr="00A267B2" w:rsidRDefault="00C2285D" w:rsidP="00C2285D">
    <w:pPr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 w:rsidRPr="00A267B2">
      <w:rPr>
        <w:rFonts w:ascii="Times New Roman" w:eastAsia="Times New Roman" w:hAnsi="Times New Roman" w:cs="Times New Roman"/>
        <w:b/>
      </w:rPr>
      <w:t>PRÓ-REITORIA DE PESQUISA, PÓS-GRADUAÇÃO E INOVAÇÃO</w:t>
    </w:r>
  </w:p>
  <w:p w14:paraId="3171AA85" w14:textId="670066FB" w:rsidR="00C2285D" w:rsidRPr="00C2285D" w:rsidRDefault="00C2285D" w:rsidP="00C2285D">
    <w:pPr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 w:rsidRPr="00A267B2">
      <w:rPr>
        <w:rFonts w:ascii="Times New Roman" w:eastAsia="Times New Roman" w:hAnsi="Times New Roman" w:cs="Times New Roman"/>
        <w:b/>
      </w:rPr>
      <w:t>EDITORA IFPA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2446544">
    <w:abstractNumId w:val="8"/>
  </w:num>
  <w:num w:numId="2" w16cid:durableId="1633713675">
    <w:abstractNumId w:val="6"/>
  </w:num>
  <w:num w:numId="3" w16cid:durableId="288170855">
    <w:abstractNumId w:val="5"/>
  </w:num>
  <w:num w:numId="4" w16cid:durableId="1249198258">
    <w:abstractNumId w:val="4"/>
  </w:num>
  <w:num w:numId="5" w16cid:durableId="943345503">
    <w:abstractNumId w:val="7"/>
  </w:num>
  <w:num w:numId="6" w16cid:durableId="1398283734">
    <w:abstractNumId w:val="3"/>
  </w:num>
  <w:num w:numId="7" w16cid:durableId="1276866211">
    <w:abstractNumId w:val="2"/>
  </w:num>
  <w:num w:numId="8" w16cid:durableId="1140269531">
    <w:abstractNumId w:val="1"/>
  </w:num>
  <w:num w:numId="9" w16cid:durableId="78670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2CCE"/>
    <w:rsid w:val="0006063C"/>
    <w:rsid w:val="0015074B"/>
    <w:rsid w:val="0029639D"/>
    <w:rsid w:val="00326F90"/>
    <w:rsid w:val="006A7393"/>
    <w:rsid w:val="00AA1D8D"/>
    <w:rsid w:val="00B47730"/>
    <w:rsid w:val="00C2285D"/>
    <w:rsid w:val="00CB0664"/>
    <w:rsid w:val="00DC76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4EB964"/>
  <w14:defaultImageDpi w14:val="300"/>
  <w15:docId w15:val="{01C429EE-B4F7-4742-AE2F-7549DE13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office365</cp:lastModifiedBy>
  <cp:revision>2</cp:revision>
  <dcterms:created xsi:type="dcterms:W3CDTF">2013-12-23T23:15:00Z</dcterms:created>
  <dcterms:modified xsi:type="dcterms:W3CDTF">2025-05-13T17:34:00Z</dcterms:modified>
  <cp:category/>
</cp:coreProperties>
</file>