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1355" w14:textId="78057F31" w:rsidR="009E0B79" w:rsidRPr="009E0B79" w:rsidRDefault="009E0B79" w:rsidP="009E0B79">
      <w:pPr>
        <w:spacing w:before="230" w:line="36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EDITAL Nº </w:t>
      </w:r>
      <w:r w:rsidR="00AC5970">
        <w:rPr>
          <w:rFonts w:asciiTheme="majorHAnsi" w:hAnsiTheme="majorHAnsi" w:cstheme="majorHAnsi"/>
          <w:b/>
          <w:bCs/>
          <w:sz w:val="24"/>
          <w:szCs w:val="24"/>
          <w:lang w:val="pt-BR"/>
        </w:rPr>
        <w:t>10</w:t>
      </w: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/2026/IFPA/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MDS</w:t>
      </w:r>
    </w:p>
    <w:p w14:paraId="512D9B50" w14:textId="77777777" w:rsidR="009E0B79" w:rsidRPr="009E0B79" w:rsidRDefault="009E0B79" w:rsidP="009E0B79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ANEXO I</w:t>
      </w:r>
    </w:p>
    <w:p w14:paraId="33503CE6" w14:textId="479D0C66" w:rsidR="009E0B79" w:rsidRPr="009E0B79" w:rsidRDefault="00E97142" w:rsidP="009E0B79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FICHA</w:t>
      </w:r>
      <w:r w:rsidR="009E0B79"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 DE INSCRIÇÃO AO PROCESSO SELETIVO </w:t>
      </w:r>
      <w:r w:rsidR="009A18A2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PARA BOLSISTA </w:t>
      </w:r>
      <w:r w:rsidR="009E0B79"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DE</w:t>
      </w:r>
      <w:r w:rsid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 </w:t>
      </w:r>
      <w:r w:rsidR="00342C46">
        <w:rPr>
          <w:rFonts w:asciiTheme="majorHAnsi" w:hAnsiTheme="majorHAnsi" w:cstheme="majorHAnsi"/>
          <w:b/>
          <w:bCs/>
          <w:sz w:val="24"/>
          <w:szCs w:val="24"/>
          <w:lang w:val="pt-BR"/>
        </w:rPr>
        <w:t>INICIAÇÃO CIENTÍFICA</w:t>
      </w:r>
    </w:p>
    <w:p w14:paraId="283D0412" w14:textId="77777777" w:rsidR="009E0B79" w:rsidRPr="009E0B79" w:rsidRDefault="009E0B79" w:rsidP="009E0B79">
      <w:pPr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Theme="majorHAnsi" w:hAnsiTheme="majorHAnsi" w:cstheme="majorHAnsi"/>
          <w:color w:val="000000"/>
          <w:sz w:val="20"/>
          <w:szCs w:val="20"/>
          <w:lang w:val="pt-BR"/>
        </w:rPr>
      </w:pPr>
    </w:p>
    <w:tbl>
      <w:tblPr>
        <w:tblW w:w="9060" w:type="dxa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0"/>
        <w:gridCol w:w="720"/>
        <w:gridCol w:w="480"/>
        <w:gridCol w:w="1060"/>
        <w:gridCol w:w="700"/>
        <w:gridCol w:w="800"/>
        <w:gridCol w:w="900"/>
        <w:gridCol w:w="2120"/>
      </w:tblGrid>
      <w:tr w:rsidR="009E0B79" w:rsidRPr="009E0B79" w14:paraId="5AE76321" w14:textId="77777777" w:rsidTr="00D869AD">
        <w:trPr>
          <w:trHeight w:val="519"/>
        </w:trPr>
        <w:tc>
          <w:tcPr>
            <w:tcW w:w="9060" w:type="dxa"/>
            <w:gridSpan w:val="8"/>
          </w:tcPr>
          <w:p w14:paraId="47D1E913" w14:textId="656B6A37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Nome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: </w:t>
            </w:r>
          </w:p>
        </w:tc>
      </w:tr>
      <w:tr w:rsidR="009E0B79" w:rsidRPr="0096116C" w14:paraId="27D09670" w14:textId="77777777" w:rsidTr="00D869AD">
        <w:trPr>
          <w:trHeight w:val="520"/>
        </w:trPr>
        <w:tc>
          <w:tcPr>
            <w:tcW w:w="9060" w:type="dxa"/>
            <w:gridSpan w:val="8"/>
          </w:tcPr>
          <w:p w14:paraId="79D2D209" w14:textId="5FA63A20" w:rsidR="009E0B79" w:rsidRPr="00413533" w:rsidRDefault="00413533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  <w:lang w:val="pt-BR"/>
              </w:rPr>
            </w:pPr>
            <w:r w:rsidRP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IF</w:t>
            </w:r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es</w:t>
            </w:r>
            <w:r w:rsidRP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/Campus</w:t>
            </w:r>
            <w:r w:rsidR="009E0B79" w:rsidRP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 xml:space="preserve"> para atuação</w:t>
            </w:r>
            <w:r w:rsidR="00A350B4" w:rsidRP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:</w:t>
            </w:r>
            <w:r w:rsidR="009E0B79" w:rsidRP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 xml:space="preserve"> </w:t>
            </w:r>
            <w:r w:rsidRPr="00DE7611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 xml:space="preserve">(Conforme Anexo </w:t>
            </w:r>
            <w:r w:rsidR="001028C7" w:rsidRPr="00DE7611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II</w:t>
            </w:r>
            <w:r w:rsidRPr="00DE7611">
              <w:rPr>
                <w:rFonts w:asciiTheme="majorHAnsi" w:eastAsia="Arial" w:hAnsiTheme="majorHAnsi" w:cstheme="majorHAnsi"/>
                <w:color w:val="000000"/>
                <w:sz w:val="20"/>
                <w:szCs w:val="20"/>
                <w:lang w:val="pt-BR"/>
              </w:rPr>
              <w:t>)</w:t>
            </w:r>
          </w:p>
        </w:tc>
      </w:tr>
      <w:tr w:rsidR="00342C46" w:rsidRPr="009E0B79" w14:paraId="3619DB93" w14:textId="77777777" w:rsidTr="008E4DF5">
        <w:trPr>
          <w:trHeight w:val="520"/>
        </w:trPr>
        <w:tc>
          <w:tcPr>
            <w:tcW w:w="9060" w:type="dxa"/>
            <w:gridSpan w:val="8"/>
          </w:tcPr>
          <w:p w14:paraId="01C322C7" w14:textId="2F07957B" w:rsidR="00342C46" w:rsidRPr="009E0B79" w:rsidRDefault="00342C46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Curso</w:t>
            </w:r>
            <w:proofErr w:type="spellEnd"/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Semestre</w:t>
            </w:r>
            <w:proofErr w:type="spellEnd"/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  <w:tr w:rsidR="009E0B79" w:rsidRPr="009E0B79" w14:paraId="11A06F65" w14:textId="77777777" w:rsidTr="00D869AD">
        <w:trPr>
          <w:trHeight w:val="520"/>
        </w:trPr>
        <w:tc>
          <w:tcPr>
            <w:tcW w:w="4540" w:type="dxa"/>
            <w:gridSpan w:val="4"/>
          </w:tcPr>
          <w:p w14:paraId="1909617C" w14:textId="1EC63674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Registro 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G</w:t>
            </w: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eral (RG)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4520" w:type="dxa"/>
            <w:gridSpan w:val="4"/>
          </w:tcPr>
          <w:p w14:paraId="17ED9CAE" w14:textId="3523C274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ind w:left="11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CPF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  <w:tr w:rsidR="009E0B79" w:rsidRPr="009E0B79" w14:paraId="1CD1BC27" w14:textId="77777777" w:rsidTr="00D869AD">
        <w:trPr>
          <w:trHeight w:val="539"/>
        </w:trPr>
        <w:tc>
          <w:tcPr>
            <w:tcW w:w="3000" w:type="dxa"/>
            <w:gridSpan w:val="2"/>
          </w:tcPr>
          <w:p w14:paraId="52DE214D" w14:textId="789A180F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Data de 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</w:t>
            </w: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ascimento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040" w:type="dxa"/>
            <w:gridSpan w:val="4"/>
          </w:tcPr>
          <w:p w14:paraId="2EB055E0" w14:textId="4A99DF60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Nacionalidade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020" w:type="dxa"/>
            <w:gridSpan w:val="2"/>
          </w:tcPr>
          <w:p w14:paraId="3DDB301E" w14:textId="77777777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1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Cidade</w:t>
            </w:r>
            <w:proofErr w:type="spellEnd"/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 xml:space="preserve">/UF de </w:t>
            </w:r>
            <w:proofErr w:type="spellStart"/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nascimento</w:t>
            </w:r>
            <w:proofErr w:type="spellEnd"/>
          </w:p>
        </w:tc>
      </w:tr>
      <w:tr w:rsidR="009E0B79" w:rsidRPr="009E0B79" w14:paraId="63EFE601" w14:textId="77777777" w:rsidTr="00D869AD">
        <w:trPr>
          <w:trHeight w:val="520"/>
        </w:trPr>
        <w:tc>
          <w:tcPr>
            <w:tcW w:w="3480" w:type="dxa"/>
            <w:gridSpan w:val="3"/>
          </w:tcPr>
          <w:p w14:paraId="352BE20F" w14:textId="35000AF9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E-mail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460" w:type="dxa"/>
            <w:gridSpan w:val="4"/>
          </w:tcPr>
          <w:p w14:paraId="6F8C34A2" w14:textId="0AC76BB0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9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E-mail alternativo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120" w:type="dxa"/>
          </w:tcPr>
          <w:p w14:paraId="70CC2D39" w14:textId="096042E2" w:rsidR="009E0B79" w:rsidRPr="009E0B79" w:rsidRDefault="00A350B4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1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</w:t>
            </w:r>
            <w:r w:rsidR="009E0B79"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elular</w:t>
            </w:r>
            <w:r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  <w:tr w:rsidR="009E0B79" w:rsidRPr="009E0B79" w14:paraId="0FFEF8A1" w14:textId="77777777" w:rsidTr="00D869AD">
        <w:trPr>
          <w:trHeight w:val="520"/>
        </w:trPr>
        <w:tc>
          <w:tcPr>
            <w:tcW w:w="9060" w:type="dxa"/>
            <w:gridSpan w:val="8"/>
          </w:tcPr>
          <w:p w14:paraId="0557AFC6" w14:textId="32213D26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Endereço completo</w:t>
            </w:r>
            <w:r w:rsid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  <w:tr w:rsidR="009E0B79" w:rsidRPr="009E0B79" w14:paraId="2A25E13B" w14:textId="77777777" w:rsidTr="00D869AD">
        <w:trPr>
          <w:trHeight w:val="520"/>
        </w:trPr>
        <w:tc>
          <w:tcPr>
            <w:tcW w:w="2280" w:type="dxa"/>
          </w:tcPr>
          <w:p w14:paraId="4394E6B8" w14:textId="1C78C6CE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CEP</w:t>
            </w:r>
            <w:r w:rsid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60" w:type="dxa"/>
            <w:gridSpan w:val="4"/>
          </w:tcPr>
          <w:p w14:paraId="4263FD75" w14:textId="606F8A80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24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Bairro</w:t>
            </w:r>
            <w:r w:rsidR="00413533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820" w:type="dxa"/>
            <w:gridSpan w:val="3"/>
          </w:tcPr>
          <w:p w14:paraId="10FF3877" w14:textId="0EE489D2" w:rsidR="009E0B79" w:rsidRPr="009E0B79" w:rsidRDefault="009E0B79" w:rsidP="00D86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119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0B79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Cidade/UF</w:t>
            </w:r>
            <w:r w:rsidR="00A350B4">
              <w:rPr>
                <w:rFonts w:asciiTheme="majorHAnsi" w:eastAsia="Arial" w:hAnsiTheme="majorHAnsi" w:cstheme="majorHAnsi"/>
                <w:color w:val="000000"/>
                <w:sz w:val="20"/>
                <w:szCs w:val="20"/>
              </w:rPr>
              <w:t>:</w:t>
            </w:r>
          </w:p>
        </w:tc>
      </w:tr>
    </w:tbl>
    <w:p w14:paraId="7D38D964" w14:textId="646FDD99" w:rsidR="00D4032F" w:rsidRPr="00D4032F" w:rsidRDefault="00D4032F" w:rsidP="00D4032F">
      <w:pPr>
        <w:spacing w:before="200"/>
        <w:ind w:left="286" w:right="-574"/>
        <w:jc w:val="both"/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</w:pP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 xml:space="preserve">Venho, por meio deste, requerer a inscrição no Processo Seletivo Simplificado para bolsista, </w:t>
      </w:r>
      <w:r w:rsidR="00342C46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de Iniciação Científica</w:t>
      </w: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 xml:space="preserve"> para atuação no </w:t>
      </w:r>
      <w:r w:rsidRPr="00413533">
        <w:rPr>
          <w:rFonts w:asciiTheme="majorHAnsi" w:eastAsia="Arial" w:hAnsiTheme="majorHAnsi" w:cstheme="majorHAnsi"/>
          <w:b/>
          <w:bCs/>
          <w:color w:val="000000"/>
          <w:sz w:val="24"/>
          <w:szCs w:val="24"/>
          <w:lang w:val="pt-BR"/>
        </w:rPr>
        <w:t>Projeto Hortas Pedagógicas – Ação de Agricultura Urbana e Periurbana</w:t>
      </w: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.</w:t>
      </w:r>
    </w:p>
    <w:p w14:paraId="5E2F790C" w14:textId="43DC9485" w:rsidR="009E0B79" w:rsidRPr="000123FC" w:rsidRDefault="00D4032F" w:rsidP="000123FC">
      <w:pPr>
        <w:spacing w:before="200"/>
        <w:ind w:left="286" w:right="-574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 xml:space="preserve">Declaro-me integralmente responsável pelas informações prestadas nesta ficha de inscrição, bem como pela veracidade e conformidade dos documentos exigidos pelo Edital nº </w:t>
      </w:r>
      <w:r w:rsidR="00AC5970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10</w:t>
      </w:r>
      <w:r w:rsidRPr="00D4032F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/2026/IFPA/MDS.</w:t>
      </w:r>
    </w:p>
    <w:p w14:paraId="5E43BCEA" w14:textId="77777777" w:rsidR="009E0B79" w:rsidRPr="00250DD5" w:rsidRDefault="009E0B79" w:rsidP="009E0B79">
      <w:pPr>
        <w:pBdr>
          <w:top w:val="nil"/>
          <w:left w:val="nil"/>
          <w:bottom w:val="nil"/>
          <w:right w:val="nil"/>
          <w:between w:val="nil"/>
        </w:pBdr>
        <w:tabs>
          <w:tab w:val="left" w:pos="1883"/>
          <w:tab w:val="left" w:pos="5423"/>
        </w:tabs>
        <w:ind w:right="26"/>
        <w:jc w:val="center"/>
        <w:rPr>
          <w:rFonts w:asciiTheme="majorHAnsi" w:hAnsiTheme="majorHAnsi" w:cstheme="majorHAnsi"/>
          <w:color w:val="000000"/>
          <w:sz w:val="24"/>
          <w:szCs w:val="24"/>
          <w:lang w:val="pt-BR"/>
        </w:rPr>
      </w:pPr>
      <w:r w:rsidRPr="009E0B79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pt-BR"/>
        </w:rPr>
        <w:tab/>
      </w:r>
      <w:r w:rsidRPr="00250DD5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 xml:space="preserve">de </w:t>
      </w:r>
      <w:r w:rsidRPr="00250DD5">
        <w:rPr>
          <w:rFonts w:asciiTheme="majorHAnsi" w:eastAsia="Times New Roman" w:hAnsiTheme="majorHAnsi" w:cstheme="majorHAnsi"/>
          <w:color w:val="000000"/>
          <w:sz w:val="24"/>
          <w:szCs w:val="24"/>
          <w:u w:val="single"/>
          <w:lang w:val="pt-BR"/>
        </w:rPr>
        <w:tab/>
      </w:r>
      <w:r w:rsidRPr="00250DD5">
        <w:rPr>
          <w:rFonts w:asciiTheme="majorHAnsi" w:eastAsia="Arial" w:hAnsiTheme="majorHAnsi" w:cstheme="majorHAnsi"/>
          <w:color w:val="000000"/>
          <w:sz w:val="24"/>
          <w:szCs w:val="24"/>
          <w:lang w:val="pt-BR"/>
        </w:rPr>
        <w:t>de 202</w:t>
      </w:r>
      <w:r w:rsidRPr="00250DD5">
        <w:rPr>
          <w:rFonts w:asciiTheme="majorHAnsi" w:hAnsiTheme="majorHAnsi" w:cstheme="majorHAnsi"/>
          <w:sz w:val="24"/>
          <w:szCs w:val="24"/>
          <w:lang w:val="pt-BR"/>
        </w:rPr>
        <w:t>6</w:t>
      </w:r>
    </w:p>
    <w:p w14:paraId="67B34B00" w14:textId="77777777" w:rsidR="009E0B79" w:rsidRPr="00250DD5" w:rsidRDefault="009E0B79" w:rsidP="009E0B7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  <w:lang w:val="pt-BR"/>
        </w:rPr>
      </w:pPr>
    </w:p>
    <w:p w14:paraId="19ED16D8" w14:textId="77777777" w:rsidR="009E0B79" w:rsidRPr="00250DD5" w:rsidRDefault="009E0B79" w:rsidP="009E0B79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rFonts w:asciiTheme="majorHAnsi" w:hAnsiTheme="majorHAnsi" w:cstheme="majorHAnsi"/>
          <w:color w:val="000000"/>
          <w:sz w:val="24"/>
          <w:szCs w:val="24"/>
          <w:lang w:val="pt-BR"/>
        </w:rPr>
      </w:pPr>
    </w:p>
    <w:p w14:paraId="3283AA1E" w14:textId="1CC510FC" w:rsidR="00787E89" w:rsidRPr="0025767E" w:rsidRDefault="00C528F9" w:rsidP="0025767E">
      <w:pPr>
        <w:jc w:val="center"/>
        <w:rPr>
          <w:rFonts w:asciiTheme="majorHAnsi" w:hAnsiTheme="majorHAnsi" w:cstheme="majorHAnsi"/>
          <w:sz w:val="20"/>
          <w:szCs w:val="20"/>
          <w:lang w:val="pt-BR"/>
        </w:rPr>
      </w:pPr>
      <w:r w:rsidRPr="00250DD5">
        <w:rPr>
          <w:rFonts w:asciiTheme="majorHAnsi" w:hAnsiTheme="majorHAnsi" w:cstheme="majorHAnsi"/>
          <w:sz w:val="20"/>
          <w:szCs w:val="20"/>
          <w:lang w:val="pt-BR"/>
        </w:rPr>
        <w:t>_________________________________</w:t>
      </w:r>
      <w:r w:rsidRPr="00250DD5">
        <w:rPr>
          <w:rFonts w:asciiTheme="majorHAnsi" w:hAnsiTheme="majorHAnsi" w:cstheme="majorHAnsi"/>
          <w:sz w:val="20"/>
          <w:szCs w:val="20"/>
          <w:lang w:val="pt-BR"/>
        </w:rPr>
        <w:br/>
      </w:r>
      <w:r w:rsidR="009E0B79" w:rsidRPr="00250DD5">
        <w:rPr>
          <w:rFonts w:asciiTheme="majorHAnsi" w:hAnsiTheme="majorHAnsi" w:cstheme="majorHAnsi"/>
          <w:sz w:val="20"/>
          <w:szCs w:val="20"/>
          <w:lang w:val="pt-BR"/>
        </w:rPr>
        <w:t xml:space="preserve">Assinatura do </w:t>
      </w:r>
      <w:r w:rsidRPr="00250DD5">
        <w:rPr>
          <w:rFonts w:asciiTheme="majorHAnsi" w:hAnsiTheme="majorHAnsi" w:cstheme="majorHAnsi"/>
          <w:sz w:val="20"/>
          <w:szCs w:val="20"/>
          <w:lang w:val="pt-BR"/>
        </w:rPr>
        <w:t>C</w:t>
      </w:r>
      <w:r w:rsidR="009E0B79" w:rsidRPr="00250DD5">
        <w:rPr>
          <w:rFonts w:asciiTheme="majorHAnsi" w:hAnsiTheme="majorHAnsi" w:cstheme="majorHAnsi"/>
          <w:sz w:val="20"/>
          <w:szCs w:val="20"/>
          <w:lang w:val="pt-BR"/>
        </w:rPr>
        <w:t>andidato</w:t>
      </w:r>
    </w:p>
    <w:p w14:paraId="2762C34A" w14:textId="121FE802" w:rsidR="004F3690" w:rsidRPr="009E0B79" w:rsidRDefault="004F3690" w:rsidP="004F3690">
      <w:pPr>
        <w:spacing w:before="230" w:line="36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lastRenderedPageBreak/>
        <w:t xml:space="preserve">EDITAL Nº </w:t>
      </w:r>
      <w:r w:rsidR="00AC5970">
        <w:rPr>
          <w:rFonts w:asciiTheme="majorHAnsi" w:hAnsiTheme="majorHAnsi" w:cstheme="majorHAnsi"/>
          <w:b/>
          <w:bCs/>
          <w:sz w:val="24"/>
          <w:szCs w:val="24"/>
          <w:lang w:val="pt-BR"/>
        </w:rPr>
        <w:t>10</w:t>
      </w: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/2026/IFPA/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MDS</w:t>
      </w:r>
    </w:p>
    <w:p w14:paraId="12EAA7CE" w14:textId="28B040D3" w:rsidR="004F3690" w:rsidRDefault="004F3690" w:rsidP="004F3690">
      <w:pPr>
        <w:spacing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ANEXO I</w:t>
      </w: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I</w:t>
      </w:r>
    </w:p>
    <w:p w14:paraId="22EA2AFD" w14:textId="57C00073" w:rsidR="004F3690" w:rsidRDefault="004F3690" w:rsidP="003B45D3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t>TABELA DE MUNICÍPIOS PARA ATUAÇÃO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3"/>
        <w:gridCol w:w="1559"/>
        <w:gridCol w:w="2314"/>
        <w:gridCol w:w="920"/>
        <w:gridCol w:w="1513"/>
      </w:tblGrid>
      <w:tr w:rsidR="008F01EF" w:rsidRPr="003B45D3" w14:paraId="26E8CF48" w14:textId="579B7C13" w:rsidTr="008F01EF">
        <w:tc>
          <w:tcPr>
            <w:tcW w:w="1723" w:type="dxa"/>
            <w:shd w:val="clear" w:color="auto" w:fill="D9D9D9" w:themeFill="background1" w:themeFillShade="D9"/>
          </w:tcPr>
          <w:p w14:paraId="1BD58A2F" w14:textId="050CBFAD" w:rsidR="008F01EF" w:rsidRPr="003B45D3" w:rsidRDefault="008F01EF" w:rsidP="008F01EF">
            <w:pPr>
              <w:pStyle w:val="SemEspaamen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Município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A22F4A1" w14:textId="7636D5C3" w:rsidR="008F01EF" w:rsidRPr="003B45D3" w:rsidRDefault="008F01EF" w:rsidP="008F01EF">
            <w:pPr>
              <w:pStyle w:val="SemEspaamen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Estado</w:t>
            </w:r>
          </w:p>
        </w:tc>
        <w:tc>
          <w:tcPr>
            <w:tcW w:w="2314" w:type="dxa"/>
            <w:shd w:val="clear" w:color="auto" w:fill="D9D9D9" w:themeFill="background1" w:themeFillShade="D9"/>
          </w:tcPr>
          <w:p w14:paraId="5A0FB03C" w14:textId="03B17A17" w:rsidR="008F01EF" w:rsidRPr="003B45D3" w:rsidRDefault="008F01EF" w:rsidP="008F01EF">
            <w:pPr>
              <w:pStyle w:val="SemEspaamen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IF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es</w:t>
            </w:r>
            <w:r w:rsidRPr="003B45D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/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Campus</w:t>
            </w:r>
          </w:p>
        </w:tc>
        <w:tc>
          <w:tcPr>
            <w:tcW w:w="920" w:type="dxa"/>
            <w:shd w:val="clear" w:color="auto" w:fill="D9D9D9" w:themeFill="background1" w:themeFillShade="D9"/>
          </w:tcPr>
          <w:p w14:paraId="052954F9" w14:textId="2E67CEB3" w:rsidR="008F01EF" w:rsidRPr="003B45D3" w:rsidRDefault="008F01EF" w:rsidP="008F01EF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Vagas</w:t>
            </w:r>
          </w:p>
        </w:tc>
        <w:tc>
          <w:tcPr>
            <w:tcW w:w="1513" w:type="dxa"/>
            <w:shd w:val="clear" w:color="auto" w:fill="D9D9D9" w:themeFill="background1" w:themeFillShade="D9"/>
          </w:tcPr>
          <w:p w14:paraId="02F3C02B" w14:textId="5C46E7C8" w:rsidR="008F01EF" w:rsidRDefault="008F01EF" w:rsidP="008F01EF">
            <w:pPr>
              <w:pStyle w:val="SemEspaamen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pt-BR"/>
              </w:rPr>
              <w:t>Nº de Bolsas</w:t>
            </w:r>
          </w:p>
        </w:tc>
      </w:tr>
      <w:tr w:rsidR="008F01EF" w:rsidRPr="003B45D3" w14:paraId="3EA7AF69" w14:textId="5C1FEE3D" w:rsidTr="00A669C3">
        <w:tc>
          <w:tcPr>
            <w:tcW w:w="1723" w:type="dxa"/>
            <w:vAlign w:val="center"/>
          </w:tcPr>
          <w:p w14:paraId="4C64BCB2" w14:textId="7DC9ABA6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Palmas</w:t>
            </w:r>
          </w:p>
        </w:tc>
        <w:tc>
          <w:tcPr>
            <w:tcW w:w="1559" w:type="dxa"/>
            <w:vAlign w:val="center"/>
          </w:tcPr>
          <w:p w14:paraId="4FA7D3B4" w14:textId="20935221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Tocantins</w:t>
            </w:r>
          </w:p>
        </w:tc>
        <w:tc>
          <w:tcPr>
            <w:tcW w:w="2314" w:type="dxa"/>
            <w:vAlign w:val="center"/>
          </w:tcPr>
          <w:p w14:paraId="74716E77" w14:textId="09B84A0E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IFTO – Campus Palmas</w:t>
            </w:r>
          </w:p>
        </w:tc>
        <w:tc>
          <w:tcPr>
            <w:tcW w:w="920" w:type="dxa"/>
            <w:vAlign w:val="center"/>
          </w:tcPr>
          <w:p w14:paraId="22A6EBA2" w14:textId="5215024B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2</w:t>
            </w:r>
          </w:p>
        </w:tc>
        <w:tc>
          <w:tcPr>
            <w:tcW w:w="1513" w:type="dxa"/>
            <w:vAlign w:val="center"/>
          </w:tcPr>
          <w:p w14:paraId="500371FA" w14:textId="07A76782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24</w:t>
            </w:r>
          </w:p>
        </w:tc>
      </w:tr>
      <w:tr w:rsidR="008F01EF" w:rsidRPr="003B45D3" w14:paraId="1C4CB24C" w14:textId="21D790D1" w:rsidTr="00A669C3">
        <w:tc>
          <w:tcPr>
            <w:tcW w:w="1723" w:type="dxa"/>
            <w:vAlign w:val="center"/>
          </w:tcPr>
          <w:p w14:paraId="241BBDDF" w14:textId="1A215D8A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João Pessoa</w:t>
            </w:r>
          </w:p>
        </w:tc>
        <w:tc>
          <w:tcPr>
            <w:tcW w:w="1559" w:type="dxa"/>
            <w:vAlign w:val="center"/>
          </w:tcPr>
          <w:p w14:paraId="574FDC8B" w14:textId="4E625A2F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Paraíba</w:t>
            </w:r>
          </w:p>
        </w:tc>
        <w:tc>
          <w:tcPr>
            <w:tcW w:w="2314" w:type="dxa"/>
            <w:vAlign w:val="center"/>
          </w:tcPr>
          <w:p w14:paraId="2DCC93BE" w14:textId="0DA43822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IFPB – Campus João Pessoa</w:t>
            </w:r>
          </w:p>
        </w:tc>
        <w:tc>
          <w:tcPr>
            <w:tcW w:w="920" w:type="dxa"/>
            <w:vAlign w:val="center"/>
          </w:tcPr>
          <w:p w14:paraId="46A71922" w14:textId="4FA1389E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2</w:t>
            </w:r>
          </w:p>
        </w:tc>
        <w:tc>
          <w:tcPr>
            <w:tcW w:w="1513" w:type="dxa"/>
            <w:vAlign w:val="center"/>
          </w:tcPr>
          <w:p w14:paraId="65DB545A" w14:textId="351BDFC6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873A90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24</w:t>
            </w:r>
          </w:p>
        </w:tc>
      </w:tr>
      <w:tr w:rsidR="008F01EF" w:rsidRPr="002448F9" w14:paraId="5E6AFEDA" w14:textId="2A3FE3E7" w:rsidTr="00A669C3">
        <w:tc>
          <w:tcPr>
            <w:tcW w:w="1723" w:type="dxa"/>
            <w:vAlign w:val="center"/>
          </w:tcPr>
          <w:p w14:paraId="4560D205" w14:textId="0A213BDD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Feira de Santana</w:t>
            </w:r>
          </w:p>
        </w:tc>
        <w:tc>
          <w:tcPr>
            <w:tcW w:w="1559" w:type="dxa"/>
            <w:vAlign w:val="center"/>
          </w:tcPr>
          <w:p w14:paraId="2E65DD70" w14:textId="3EC2853F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Bahia</w:t>
            </w:r>
          </w:p>
        </w:tc>
        <w:tc>
          <w:tcPr>
            <w:tcW w:w="2314" w:type="dxa"/>
            <w:vAlign w:val="center"/>
          </w:tcPr>
          <w:p w14:paraId="14ECE071" w14:textId="1D313BCF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IFBA – Campus Feira de Santana</w:t>
            </w:r>
          </w:p>
        </w:tc>
        <w:tc>
          <w:tcPr>
            <w:tcW w:w="920" w:type="dxa"/>
            <w:vAlign w:val="center"/>
          </w:tcPr>
          <w:p w14:paraId="19DEC0F2" w14:textId="7705F0EB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2</w:t>
            </w:r>
          </w:p>
        </w:tc>
        <w:tc>
          <w:tcPr>
            <w:tcW w:w="1513" w:type="dxa"/>
            <w:vAlign w:val="center"/>
          </w:tcPr>
          <w:p w14:paraId="7016DB46" w14:textId="0964707F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873A90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24</w:t>
            </w:r>
          </w:p>
        </w:tc>
      </w:tr>
      <w:tr w:rsidR="008F01EF" w:rsidRPr="003B45D3" w14:paraId="7A5256EB" w14:textId="55A6F105" w:rsidTr="00A669C3">
        <w:tc>
          <w:tcPr>
            <w:tcW w:w="1723" w:type="dxa"/>
            <w:vAlign w:val="center"/>
          </w:tcPr>
          <w:p w14:paraId="11DC8180" w14:textId="33728C46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Niterói</w:t>
            </w:r>
          </w:p>
        </w:tc>
        <w:tc>
          <w:tcPr>
            <w:tcW w:w="1559" w:type="dxa"/>
            <w:vAlign w:val="center"/>
          </w:tcPr>
          <w:p w14:paraId="5360D0F5" w14:textId="2193CBD6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Rio de Janeiro</w:t>
            </w:r>
          </w:p>
        </w:tc>
        <w:tc>
          <w:tcPr>
            <w:tcW w:w="2314" w:type="dxa"/>
            <w:vAlign w:val="center"/>
          </w:tcPr>
          <w:p w14:paraId="443D2F74" w14:textId="7FE66414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3B45D3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IFRJ – Campus Niterói</w:t>
            </w:r>
          </w:p>
        </w:tc>
        <w:tc>
          <w:tcPr>
            <w:tcW w:w="920" w:type="dxa"/>
            <w:vAlign w:val="center"/>
          </w:tcPr>
          <w:p w14:paraId="1CBFDBAB" w14:textId="5FE4795C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2</w:t>
            </w:r>
          </w:p>
        </w:tc>
        <w:tc>
          <w:tcPr>
            <w:tcW w:w="1513" w:type="dxa"/>
            <w:vAlign w:val="center"/>
          </w:tcPr>
          <w:p w14:paraId="00792084" w14:textId="4E0186D8" w:rsidR="008F01EF" w:rsidRPr="003B45D3" w:rsidRDefault="008F01EF" w:rsidP="00A669C3">
            <w:pPr>
              <w:pStyle w:val="SemEspaamento"/>
              <w:jc w:val="center"/>
              <w:rPr>
                <w:rFonts w:asciiTheme="majorHAnsi" w:hAnsiTheme="majorHAnsi" w:cstheme="majorHAnsi"/>
                <w:sz w:val="24"/>
                <w:szCs w:val="24"/>
                <w:lang w:val="pt-BR"/>
              </w:rPr>
            </w:pPr>
            <w:r w:rsidRPr="00873A90">
              <w:rPr>
                <w:rFonts w:asciiTheme="majorHAnsi" w:hAnsiTheme="majorHAnsi" w:cstheme="majorHAnsi"/>
                <w:sz w:val="24"/>
                <w:szCs w:val="24"/>
                <w:lang w:val="pt-BR"/>
              </w:rPr>
              <w:t>24</w:t>
            </w:r>
          </w:p>
        </w:tc>
      </w:tr>
    </w:tbl>
    <w:p w14:paraId="59D35619" w14:textId="77777777" w:rsidR="004612E8" w:rsidRDefault="004612E8" w:rsidP="004612E8">
      <w:pPr>
        <w:rPr>
          <w:rFonts w:asciiTheme="majorHAnsi" w:hAnsiTheme="majorHAnsi" w:cstheme="majorHAnsi"/>
          <w:b/>
          <w:bCs/>
          <w:sz w:val="20"/>
          <w:szCs w:val="20"/>
          <w:lang w:val="pt-BR"/>
        </w:rPr>
      </w:pPr>
    </w:p>
    <w:p w14:paraId="78E23C63" w14:textId="23B7B624" w:rsidR="004612E8" w:rsidRPr="004612E8" w:rsidRDefault="004612E8" w:rsidP="004612E8">
      <w:pPr>
        <w:rPr>
          <w:rFonts w:ascii="Calibri" w:hAnsi="Calibri" w:cs="Calibri"/>
          <w:sz w:val="20"/>
          <w:szCs w:val="20"/>
          <w:lang w:val="pt-BR"/>
        </w:rPr>
      </w:pPr>
      <w:r w:rsidRPr="004612E8">
        <w:rPr>
          <w:rFonts w:asciiTheme="majorHAnsi" w:hAnsiTheme="majorHAnsi" w:cstheme="majorHAnsi"/>
          <w:b/>
          <w:bCs/>
          <w:sz w:val="20"/>
          <w:szCs w:val="20"/>
          <w:lang w:val="pt-BR"/>
        </w:rPr>
        <w:t>*</w:t>
      </w:r>
      <w:r w:rsidRPr="004612E8">
        <w:rPr>
          <w:rFonts w:ascii="Calibri" w:hAnsi="Calibri" w:cs="Calibri"/>
          <w:sz w:val="20"/>
          <w:szCs w:val="20"/>
          <w:lang w:val="pt-BR"/>
        </w:rPr>
        <w:t xml:space="preserve"> Valor da bolsa: </w:t>
      </w:r>
      <w:r w:rsidRPr="00E5390F">
        <w:rPr>
          <w:rFonts w:ascii="Calibri" w:hAnsi="Calibri" w:cs="Calibri"/>
          <w:sz w:val="20"/>
          <w:szCs w:val="20"/>
          <w:lang w:val="pt-BR"/>
        </w:rPr>
        <w:t>R$ 700,00/mês</w:t>
      </w:r>
      <w:r w:rsidRPr="004612E8">
        <w:rPr>
          <w:rFonts w:ascii="Calibri" w:hAnsi="Calibri" w:cs="Calibri"/>
          <w:sz w:val="20"/>
          <w:szCs w:val="20"/>
          <w:lang w:val="pt-BR"/>
        </w:rPr>
        <w:t xml:space="preserve"> (referência CAPES – IC – Iniciação Científica).</w:t>
      </w:r>
    </w:p>
    <w:p w14:paraId="7363A482" w14:textId="50AB11E7" w:rsidR="009F6715" w:rsidRDefault="009F6715" w:rsidP="004F3690">
      <w:pPr>
        <w:rPr>
          <w:rFonts w:asciiTheme="majorHAnsi" w:hAnsiTheme="majorHAnsi" w:cstheme="majorHAnsi"/>
          <w:lang w:val="pt-BR"/>
        </w:rPr>
      </w:pPr>
    </w:p>
    <w:p w14:paraId="5A12CF70" w14:textId="025B889D" w:rsidR="009F6715" w:rsidRPr="001F32CC" w:rsidRDefault="003D19D7" w:rsidP="001F32CC">
      <w:pPr>
        <w:spacing w:before="230" w:line="36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pt-BR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br w:type="column"/>
      </w:r>
      <w:r w:rsidR="009F6715" w:rsidRPr="009F6715">
        <w:rPr>
          <w:rFonts w:asciiTheme="majorHAnsi" w:hAnsiTheme="majorHAnsi" w:cstheme="majorHAnsi"/>
          <w:b/>
          <w:bCs/>
          <w:sz w:val="24"/>
          <w:szCs w:val="24"/>
          <w:lang w:val="pt-BR"/>
        </w:rPr>
        <w:lastRenderedPageBreak/>
        <w:t xml:space="preserve">ANEXO </w:t>
      </w:r>
      <w:r w:rsidR="009F6715">
        <w:rPr>
          <w:rFonts w:asciiTheme="majorHAnsi" w:hAnsiTheme="majorHAnsi" w:cstheme="majorHAnsi"/>
          <w:b/>
          <w:bCs/>
          <w:sz w:val="24"/>
          <w:szCs w:val="24"/>
          <w:lang w:val="pt-BR"/>
        </w:rPr>
        <w:t>III</w:t>
      </w:r>
      <w:r w:rsidR="009F6715" w:rsidRPr="009F6715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 – </w:t>
      </w:r>
      <w:r w:rsidR="001F32CC"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EDITAL Nº </w:t>
      </w:r>
      <w:r w:rsidR="00AC5970">
        <w:rPr>
          <w:rFonts w:asciiTheme="majorHAnsi" w:hAnsiTheme="majorHAnsi" w:cstheme="majorHAnsi"/>
          <w:b/>
          <w:bCs/>
          <w:sz w:val="24"/>
          <w:szCs w:val="24"/>
          <w:lang w:val="pt-BR"/>
        </w:rPr>
        <w:t>10</w:t>
      </w:r>
      <w:r w:rsidR="001F32CC"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/2026/IFPA/</w:t>
      </w:r>
      <w:r w:rsidR="001F32CC">
        <w:rPr>
          <w:rFonts w:asciiTheme="majorHAnsi" w:hAnsiTheme="majorHAnsi" w:cstheme="majorHAnsi"/>
          <w:b/>
          <w:bCs/>
          <w:sz w:val="24"/>
          <w:szCs w:val="24"/>
          <w:lang w:val="pt-BR"/>
        </w:rPr>
        <w:t>MDS</w:t>
      </w:r>
      <w:r w:rsidR="009F6715" w:rsidRPr="009F6715">
        <w:rPr>
          <w:rFonts w:asciiTheme="majorHAnsi" w:hAnsiTheme="majorHAnsi" w:cstheme="majorHAnsi"/>
          <w:b/>
          <w:bCs/>
          <w:sz w:val="24"/>
          <w:szCs w:val="24"/>
          <w:lang w:val="pt-BR"/>
        </w:rPr>
        <w:br/>
        <w:t>DECLARAÇÃO DE RESIDÊNCIA</w:t>
      </w:r>
      <w:r w:rsidR="009F6715" w:rsidRPr="009F6715">
        <w:rPr>
          <w:rFonts w:asciiTheme="majorHAnsi" w:hAnsiTheme="majorHAnsi" w:cstheme="majorHAnsi"/>
          <w:b/>
          <w:bCs/>
          <w:sz w:val="24"/>
          <w:szCs w:val="24"/>
          <w:lang w:val="pt-BR"/>
        </w:rPr>
        <w:br/>
        <w:t>(ESTUDANTE SEM COMPROVANTE DE ENDEREÇO)</w:t>
      </w:r>
    </w:p>
    <w:p w14:paraId="562E40B8" w14:textId="4775C110" w:rsid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</w:p>
    <w:p w14:paraId="557A9619" w14:textId="1EB6B6E2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Eu, ____________________________________________________, portador (a) do RG</w:t>
      </w:r>
    </w:p>
    <w:p w14:paraId="5ADD32CB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_______________ e CPF _____</w:t>
      </w:r>
      <w:proofErr w:type="gramStart"/>
      <w:r w:rsidRPr="009F6715">
        <w:rPr>
          <w:rFonts w:asciiTheme="majorHAnsi" w:hAnsiTheme="majorHAnsi" w:cstheme="majorHAnsi"/>
          <w:lang w:val="pt-BR"/>
        </w:rPr>
        <w:t>_._</w:t>
      </w:r>
      <w:proofErr w:type="gramEnd"/>
      <w:r w:rsidRPr="009F6715">
        <w:rPr>
          <w:rFonts w:asciiTheme="majorHAnsi" w:hAnsiTheme="majorHAnsi" w:cstheme="majorHAnsi"/>
          <w:lang w:val="pt-BR"/>
        </w:rPr>
        <w:t>_____.______-____, declaro para fins de comprovação de</w:t>
      </w:r>
    </w:p>
    <w:p w14:paraId="72F27D4B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residência, sob as penas da Lei (art. 2º da Lei 7115/83), que sou residente e domiciliado (a) na</w:t>
      </w:r>
    </w:p>
    <w:p w14:paraId="5BBDA77F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____________________________________________________________, Bairro</w:t>
      </w:r>
    </w:p>
    <w:p w14:paraId="15CF99B7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________________, CEP_________________, na Cidade de _______________________, Estado</w:t>
      </w:r>
    </w:p>
    <w:p w14:paraId="5848CE81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______________.</w:t>
      </w:r>
    </w:p>
    <w:p w14:paraId="7C272093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Declaro ainda que estou ciente de que informações falsas podem implicar na sanção penal</w:t>
      </w:r>
    </w:p>
    <w:p w14:paraId="04198EF5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prevista no art. 299 do Código Penal.</w:t>
      </w:r>
    </w:p>
    <w:p w14:paraId="638E01AD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</w:p>
    <w:p w14:paraId="59E33E49" w14:textId="35BC9541" w:rsidR="009F6715" w:rsidRPr="009F6715" w:rsidRDefault="009F6715" w:rsidP="009F6715">
      <w:pPr>
        <w:jc w:val="right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___________________ (</w:t>
      </w:r>
      <w:r>
        <w:rPr>
          <w:rFonts w:asciiTheme="majorHAnsi" w:hAnsiTheme="majorHAnsi" w:cstheme="majorHAnsi"/>
          <w:lang w:val="pt-BR"/>
        </w:rPr>
        <w:t>PA</w:t>
      </w:r>
      <w:r w:rsidRPr="009F6715">
        <w:rPr>
          <w:rFonts w:asciiTheme="majorHAnsi" w:hAnsiTheme="majorHAnsi" w:cstheme="majorHAnsi"/>
          <w:lang w:val="pt-BR"/>
        </w:rPr>
        <w:t xml:space="preserve">), ____ de ______________ </w:t>
      </w:r>
      <w:proofErr w:type="spellStart"/>
      <w:r w:rsidRPr="009F6715">
        <w:rPr>
          <w:rFonts w:asciiTheme="majorHAnsi" w:hAnsiTheme="majorHAnsi" w:cstheme="majorHAnsi"/>
          <w:lang w:val="pt-BR"/>
        </w:rPr>
        <w:t>de</w:t>
      </w:r>
      <w:proofErr w:type="spellEnd"/>
      <w:r w:rsidRPr="009F6715">
        <w:rPr>
          <w:rFonts w:asciiTheme="majorHAnsi" w:hAnsiTheme="majorHAnsi" w:cstheme="majorHAnsi"/>
          <w:lang w:val="pt-BR"/>
        </w:rPr>
        <w:t xml:space="preserve"> 202</w:t>
      </w:r>
      <w:r>
        <w:rPr>
          <w:rFonts w:asciiTheme="majorHAnsi" w:hAnsiTheme="majorHAnsi" w:cstheme="majorHAnsi"/>
          <w:lang w:val="pt-BR"/>
        </w:rPr>
        <w:t>6</w:t>
      </w:r>
      <w:r w:rsidRPr="009F6715">
        <w:rPr>
          <w:rFonts w:asciiTheme="majorHAnsi" w:hAnsiTheme="majorHAnsi" w:cstheme="majorHAnsi"/>
          <w:lang w:val="pt-BR"/>
        </w:rPr>
        <w:t>.</w:t>
      </w:r>
    </w:p>
    <w:p w14:paraId="7DD95AB2" w14:textId="77777777" w:rsidR="009F6715" w:rsidRP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______________________________________________</w:t>
      </w:r>
    </w:p>
    <w:p w14:paraId="0B7C6413" w14:textId="6423F9DB" w:rsidR="009F6715" w:rsidRDefault="009F6715" w:rsidP="009F6715">
      <w:pPr>
        <w:jc w:val="center"/>
        <w:rPr>
          <w:rFonts w:asciiTheme="majorHAnsi" w:hAnsiTheme="majorHAnsi" w:cstheme="majorHAnsi"/>
          <w:lang w:val="pt-BR"/>
        </w:rPr>
      </w:pPr>
      <w:r w:rsidRPr="009F6715">
        <w:rPr>
          <w:rFonts w:asciiTheme="majorHAnsi" w:hAnsiTheme="majorHAnsi" w:cstheme="majorHAnsi"/>
          <w:lang w:val="pt-BR"/>
        </w:rPr>
        <w:t>Assinatura do (a) bolsista</w:t>
      </w:r>
    </w:p>
    <w:p w14:paraId="53352A5D" w14:textId="39A70987" w:rsidR="00820EEF" w:rsidRDefault="00820EEF" w:rsidP="009F6715">
      <w:pPr>
        <w:jc w:val="center"/>
        <w:rPr>
          <w:rFonts w:asciiTheme="majorHAnsi" w:hAnsiTheme="majorHAnsi" w:cstheme="majorHAnsi"/>
          <w:lang w:val="pt-BR"/>
        </w:rPr>
      </w:pPr>
    </w:p>
    <w:p w14:paraId="58254E6B" w14:textId="2A3E3890" w:rsidR="00820EEF" w:rsidRDefault="00820EEF" w:rsidP="009F6715">
      <w:pPr>
        <w:jc w:val="center"/>
        <w:rPr>
          <w:rFonts w:asciiTheme="majorHAnsi" w:hAnsiTheme="majorHAnsi" w:cstheme="majorHAnsi"/>
          <w:lang w:val="pt-BR"/>
        </w:rPr>
      </w:pPr>
    </w:p>
    <w:p w14:paraId="300CB00D" w14:textId="71CA9DFD" w:rsidR="00820EEF" w:rsidRDefault="00820EEF" w:rsidP="009F6715">
      <w:pPr>
        <w:jc w:val="center"/>
        <w:rPr>
          <w:rFonts w:asciiTheme="majorHAnsi" w:hAnsiTheme="majorHAnsi" w:cstheme="majorHAnsi"/>
          <w:lang w:val="pt-BR"/>
        </w:rPr>
      </w:pPr>
    </w:p>
    <w:p w14:paraId="051BE6C1" w14:textId="1A7026B3" w:rsidR="00820EEF" w:rsidRDefault="00820EEF" w:rsidP="009F6715">
      <w:pPr>
        <w:jc w:val="center"/>
        <w:rPr>
          <w:rFonts w:asciiTheme="majorHAnsi" w:hAnsiTheme="majorHAnsi" w:cstheme="majorHAnsi"/>
          <w:lang w:val="pt-BR"/>
        </w:rPr>
      </w:pPr>
    </w:p>
    <w:p w14:paraId="5B89576D" w14:textId="3EEBC57E" w:rsidR="00820EEF" w:rsidRDefault="00820EEF" w:rsidP="009F6715">
      <w:pPr>
        <w:jc w:val="center"/>
        <w:rPr>
          <w:rFonts w:asciiTheme="majorHAnsi" w:hAnsiTheme="majorHAnsi" w:cstheme="majorHAnsi"/>
          <w:lang w:val="pt-BR"/>
        </w:rPr>
      </w:pPr>
    </w:p>
    <w:p w14:paraId="760444E4" w14:textId="1CD3E208" w:rsidR="00820EEF" w:rsidRDefault="00820EEF" w:rsidP="009F6715">
      <w:pPr>
        <w:jc w:val="center"/>
        <w:rPr>
          <w:rFonts w:asciiTheme="majorHAnsi" w:hAnsiTheme="majorHAnsi" w:cstheme="majorHAnsi"/>
          <w:lang w:val="pt-BR"/>
        </w:rPr>
      </w:pPr>
    </w:p>
    <w:p w14:paraId="131C1514" w14:textId="7F096930" w:rsidR="00820EEF" w:rsidRDefault="000123FC" w:rsidP="00820EEF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pt-BR"/>
        </w:rPr>
        <w:br w:type="column"/>
      </w:r>
      <w:r w:rsidR="00820EEF" w:rsidRPr="009F6715">
        <w:rPr>
          <w:rFonts w:asciiTheme="majorHAnsi" w:hAnsiTheme="majorHAnsi" w:cstheme="majorHAnsi"/>
          <w:b/>
          <w:bCs/>
          <w:sz w:val="24"/>
          <w:szCs w:val="24"/>
          <w:lang w:val="pt-BR"/>
        </w:rPr>
        <w:lastRenderedPageBreak/>
        <w:t xml:space="preserve">ANEXO </w:t>
      </w:r>
      <w:r w:rsidR="00820EEF">
        <w:rPr>
          <w:rFonts w:asciiTheme="majorHAnsi" w:hAnsiTheme="majorHAnsi" w:cstheme="majorHAnsi"/>
          <w:b/>
          <w:bCs/>
          <w:sz w:val="24"/>
          <w:szCs w:val="24"/>
          <w:lang w:val="pt-BR"/>
        </w:rPr>
        <w:t>IV</w:t>
      </w:r>
      <w:r w:rsidR="00820EEF" w:rsidRPr="009F6715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 – </w:t>
      </w:r>
      <w:r w:rsidR="00820EEF"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EDITAL Nº </w:t>
      </w:r>
      <w:r w:rsidR="00AC5970">
        <w:rPr>
          <w:rFonts w:asciiTheme="majorHAnsi" w:hAnsiTheme="majorHAnsi" w:cstheme="majorHAnsi"/>
          <w:b/>
          <w:bCs/>
          <w:sz w:val="24"/>
          <w:szCs w:val="24"/>
          <w:lang w:val="pt-BR"/>
        </w:rPr>
        <w:t>10</w:t>
      </w:r>
      <w:r w:rsidR="00820EEF" w:rsidRPr="009E0B79">
        <w:rPr>
          <w:rFonts w:asciiTheme="majorHAnsi" w:hAnsiTheme="majorHAnsi" w:cstheme="majorHAnsi"/>
          <w:b/>
          <w:bCs/>
          <w:sz w:val="24"/>
          <w:szCs w:val="24"/>
          <w:lang w:val="pt-BR"/>
        </w:rPr>
        <w:t>/2026/IFPA/</w:t>
      </w:r>
      <w:r w:rsidR="00820EEF">
        <w:rPr>
          <w:rFonts w:asciiTheme="majorHAnsi" w:hAnsiTheme="majorHAnsi" w:cstheme="majorHAnsi"/>
          <w:b/>
          <w:bCs/>
          <w:sz w:val="24"/>
          <w:szCs w:val="24"/>
          <w:lang w:val="pt-BR"/>
        </w:rPr>
        <w:t>MDS</w:t>
      </w:r>
      <w:r w:rsidR="00820EEF" w:rsidRPr="009F6715">
        <w:rPr>
          <w:rFonts w:asciiTheme="majorHAnsi" w:hAnsiTheme="majorHAnsi" w:cstheme="majorHAnsi"/>
          <w:b/>
          <w:bCs/>
          <w:sz w:val="24"/>
          <w:szCs w:val="24"/>
          <w:lang w:val="pt-BR"/>
        </w:rPr>
        <w:br/>
      </w:r>
      <w:r w:rsidR="00820EEF">
        <w:rPr>
          <w:rFonts w:asciiTheme="majorHAnsi" w:hAnsiTheme="majorHAnsi" w:cstheme="majorHAnsi"/>
          <w:b/>
          <w:bCs/>
          <w:sz w:val="24"/>
          <w:szCs w:val="24"/>
          <w:lang w:val="pt-BR"/>
        </w:rPr>
        <w:t>MODELO DE RELATÓRIO</w:t>
      </w:r>
    </w:p>
    <w:p w14:paraId="5CA112ED" w14:textId="4650D848" w:rsidR="00820EEF" w:rsidRDefault="00820EEF" w:rsidP="00E5390F">
      <w:pPr>
        <w:ind w:left="-426" w:right="-291"/>
        <w:jc w:val="both"/>
        <w:rPr>
          <w:rFonts w:asciiTheme="majorHAnsi" w:hAnsiTheme="majorHAnsi" w:cstheme="majorHAnsi"/>
          <w:lang w:val="pt-BR"/>
        </w:rPr>
      </w:pPr>
      <w:r w:rsidRPr="00820EEF">
        <w:rPr>
          <w:rFonts w:asciiTheme="majorHAnsi" w:hAnsiTheme="majorHAnsi" w:cstheme="majorHAnsi"/>
          <w:lang w:val="pt-BR"/>
        </w:rPr>
        <w:t>O presente relatório se refere às atividades realizadas no âmbito do Contrato nº 22/2025, celebrado entre o Instituto Federal do Pará - IFPA e a Fundação de Educação, Tecnologia e Cultura da Paraíba – FUNETEC-PB.</w:t>
      </w: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5"/>
      </w:tblGrid>
      <w:tr w:rsidR="00820EEF" w:rsidRPr="008D1996" w14:paraId="2EE83870" w14:textId="77777777" w:rsidTr="00AC5970">
        <w:trPr>
          <w:trHeight w:val="350"/>
          <w:jc w:val="center"/>
        </w:trPr>
        <w:tc>
          <w:tcPr>
            <w:tcW w:w="9355" w:type="dxa"/>
          </w:tcPr>
          <w:p w14:paraId="036E05FC" w14:textId="51BEE714" w:rsidR="00820EEF" w:rsidRPr="008D1996" w:rsidRDefault="00820EEF" w:rsidP="00820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Calibri"/>
                <w:color w:val="000000"/>
                <w:sz w:val="24"/>
                <w:szCs w:val="24"/>
              </w:rPr>
            </w:pPr>
            <w:r w:rsidRPr="008D1996">
              <w:rPr>
                <w:rFonts w:ascii="Calibri" w:eastAsia="Arial" w:hAnsi="Calibri" w:cs="Calibri"/>
                <w:color w:val="000000"/>
                <w:sz w:val="24"/>
                <w:szCs w:val="24"/>
              </w:rPr>
              <w:t xml:space="preserve">Nome do </w:t>
            </w:r>
            <w:proofErr w:type="spellStart"/>
            <w:r w:rsidRPr="008D1996">
              <w:rPr>
                <w:rFonts w:ascii="Calibri" w:eastAsia="Arial" w:hAnsi="Calibri" w:cs="Calibri"/>
                <w:color w:val="000000"/>
                <w:sz w:val="24"/>
                <w:szCs w:val="24"/>
              </w:rPr>
              <w:t>Bolsista</w:t>
            </w:r>
            <w:proofErr w:type="spellEnd"/>
            <w:r w:rsidRPr="008D1996">
              <w:rPr>
                <w:rFonts w:ascii="Calibri" w:eastAsia="Arial" w:hAnsi="Calibri" w:cs="Calibri"/>
                <w:color w:val="000000"/>
                <w:sz w:val="24"/>
                <w:szCs w:val="24"/>
              </w:rPr>
              <w:t xml:space="preserve">: </w:t>
            </w:r>
          </w:p>
        </w:tc>
      </w:tr>
      <w:tr w:rsidR="00820EEF" w:rsidRPr="008D1996" w14:paraId="1EB66EB7" w14:textId="77777777" w:rsidTr="00AC5970">
        <w:trPr>
          <w:trHeight w:val="350"/>
          <w:jc w:val="center"/>
        </w:trPr>
        <w:tc>
          <w:tcPr>
            <w:tcW w:w="9355" w:type="dxa"/>
          </w:tcPr>
          <w:p w14:paraId="2D57DC98" w14:textId="4C61887D" w:rsidR="00820EEF" w:rsidRPr="008D1996" w:rsidRDefault="00820EEF" w:rsidP="00820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Calibri"/>
                <w:color w:val="000000"/>
                <w:sz w:val="24"/>
                <w:szCs w:val="24"/>
              </w:rPr>
            </w:pPr>
            <w:r w:rsidRPr="008D1996">
              <w:rPr>
                <w:rFonts w:ascii="Calibri" w:eastAsia="Arial" w:hAnsi="Calibri" w:cs="Calibri"/>
                <w:color w:val="000000"/>
                <w:sz w:val="24"/>
                <w:szCs w:val="24"/>
              </w:rPr>
              <w:t>IFes/Campus:</w:t>
            </w:r>
          </w:p>
        </w:tc>
      </w:tr>
      <w:tr w:rsidR="00820EEF" w:rsidRPr="008D1996" w14:paraId="68A57E53" w14:textId="77777777" w:rsidTr="00AC5970">
        <w:trPr>
          <w:trHeight w:val="383"/>
          <w:jc w:val="center"/>
        </w:trPr>
        <w:tc>
          <w:tcPr>
            <w:tcW w:w="9355" w:type="dxa"/>
          </w:tcPr>
          <w:p w14:paraId="1DC9FAC1" w14:textId="29CF70B3" w:rsidR="00820EEF" w:rsidRPr="008D1996" w:rsidRDefault="00572F0D" w:rsidP="00820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Calibri"/>
                <w:color w:val="000000"/>
                <w:sz w:val="24"/>
                <w:szCs w:val="24"/>
              </w:rPr>
            </w:pPr>
            <w:r w:rsidRPr="008D1996">
              <w:rPr>
                <w:rFonts w:ascii="Calibri" w:eastAsia="Arial" w:hAnsi="Calibri" w:cs="Calibri"/>
                <w:color w:val="000000"/>
                <w:sz w:val="24"/>
                <w:szCs w:val="24"/>
              </w:rPr>
              <w:t>Cidade/UF:</w:t>
            </w:r>
          </w:p>
        </w:tc>
      </w:tr>
      <w:tr w:rsidR="00820EEF" w:rsidRPr="0096116C" w14:paraId="120288D9" w14:textId="77777777" w:rsidTr="00AC5970">
        <w:trPr>
          <w:trHeight w:val="403"/>
          <w:jc w:val="center"/>
        </w:trPr>
        <w:tc>
          <w:tcPr>
            <w:tcW w:w="9355" w:type="dxa"/>
          </w:tcPr>
          <w:p w14:paraId="2FEC298B" w14:textId="1397D331" w:rsidR="00820EEF" w:rsidRPr="008D1996" w:rsidRDefault="00572F0D" w:rsidP="00820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Arial" w:hAnsi="Calibri" w:cs="Calibri"/>
                <w:color w:val="000000"/>
                <w:sz w:val="24"/>
                <w:szCs w:val="24"/>
                <w:lang w:val="pt-BR"/>
              </w:rPr>
            </w:pPr>
            <w:r w:rsidRPr="008D1996">
              <w:rPr>
                <w:rFonts w:ascii="Calibri" w:eastAsia="Arial" w:hAnsi="Calibri" w:cs="Calibri"/>
                <w:color w:val="000000"/>
                <w:sz w:val="24"/>
                <w:szCs w:val="24"/>
                <w:lang w:val="pt-BR"/>
              </w:rPr>
              <w:t>Período de realização das atividades: ____/____/____ a ____/____/____</w:t>
            </w:r>
          </w:p>
        </w:tc>
      </w:tr>
    </w:tbl>
    <w:p w14:paraId="2686260A" w14:textId="77777777" w:rsidR="00820EEF" w:rsidRPr="00820EEF" w:rsidRDefault="00820EEF" w:rsidP="00820EEF">
      <w:pPr>
        <w:jc w:val="both"/>
        <w:rPr>
          <w:rFonts w:asciiTheme="majorHAnsi" w:hAnsiTheme="majorHAnsi" w:cstheme="majorHAnsi"/>
          <w:lang w:val="pt-BR"/>
        </w:rPr>
      </w:pPr>
    </w:p>
    <w:p w14:paraId="51E7E7BB" w14:textId="428DCB01" w:rsidR="00820EEF" w:rsidRDefault="00820EEF" w:rsidP="00820EEF">
      <w:pPr>
        <w:rPr>
          <w:rFonts w:asciiTheme="majorHAnsi" w:hAnsiTheme="majorHAnsi" w:cstheme="majorHAnsi"/>
          <w:lang w:val="pt-BR"/>
        </w:rPr>
      </w:pPr>
      <w:r w:rsidRPr="00820EEF">
        <w:rPr>
          <w:rFonts w:asciiTheme="majorHAnsi" w:hAnsiTheme="majorHAnsi" w:cstheme="majorHAnsi"/>
          <w:lang w:val="pt-BR"/>
        </w:rPr>
        <w:t>ATIVIDADES DESENVOLVIDAS:</w:t>
      </w:r>
    </w:p>
    <w:p w14:paraId="08BDE9EE" w14:textId="627DD92B" w:rsidR="00820EEF" w:rsidRDefault="00820EEF" w:rsidP="00820EEF">
      <w:pPr>
        <w:rPr>
          <w:rFonts w:asciiTheme="majorHAnsi" w:hAnsiTheme="majorHAnsi" w:cstheme="majorHAnsi"/>
          <w:lang w:val="pt-BR"/>
        </w:rPr>
      </w:pPr>
    </w:p>
    <w:p w14:paraId="11011F1D" w14:textId="77777777" w:rsidR="00B06D21" w:rsidRDefault="00B06D21" w:rsidP="00820EEF">
      <w:pPr>
        <w:rPr>
          <w:rFonts w:asciiTheme="majorHAnsi" w:hAnsiTheme="majorHAnsi" w:cstheme="majorHAnsi"/>
          <w:lang w:val="pt-BR"/>
        </w:rPr>
      </w:pPr>
    </w:p>
    <w:p w14:paraId="1301FF3E" w14:textId="616CEBBE" w:rsidR="00820EEF" w:rsidRDefault="00820EEF" w:rsidP="00820EEF">
      <w:pPr>
        <w:jc w:val="center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>_____________________________</w:t>
      </w:r>
      <w:r>
        <w:rPr>
          <w:rFonts w:asciiTheme="majorHAnsi" w:hAnsiTheme="majorHAnsi" w:cstheme="majorHAnsi"/>
          <w:lang w:val="pt-BR"/>
        </w:rPr>
        <w:br/>
      </w:r>
      <w:r w:rsidRPr="00820EEF">
        <w:rPr>
          <w:rFonts w:asciiTheme="majorHAnsi" w:hAnsiTheme="majorHAnsi" w:cstheme="majorHAnsi"/>
          <w:lang w:val="pt-BR"/>
        </w:rPr>
        <w:t>Assinatura do bolsista</w:t>
      </w:r>
    </w:p>
    <w:p w14:paraId="22BB7577" w14:textId="0C961D6B" w:rsidR="00820EEF" w:rsidRDefault="00820EEF" w:rsidP="00820EEF">
      <w:pPr>
        <w:rPr>
          <w:rFonts w:asciiTheme="majorHAnsi" w:hAnsiTheme="majorHAnsi" w:cstheme="majorHAnsi"/>
          <w:lang w:val="pt-BR"/>
        </w:rPr>
      </w:pPr>
    </w:p>
    <w:p w14:paraId="75F34B6A" w14:textId="289D1D6D" w:rsidR="00820EEF" w:rsidRPr="009E0B79" w:rsidRDefault="00820EEF" w:rsidP="00820EEF">
      <w:pPr>
        <w:jc w:val="center"/>
        <w:rPr>
          <w:rFonts w:asciiTheme="majorHAnsi" w:hAnsiTheme="majorHAnsi" w:cstheme="majorHAnsi"/>
          <w:lang w:val="pt-BR"/>
        </w:rPr>
      </w:pPr>
      <w:r>
        <w:rPr>
          <w:rFonts w:asciiTheme="majorHAnsi" w:hAnsiTheme="majorHAnsi" w:cstheme="majorHAnsi"/>
          <w:lang w:val="pt-BR"/>
        </w:rPr>
        <w:t>_________________________________</w:t>
      </w:r>
      <w:r>
        <w:rPr>
          <w:rFonts w:asciiTheme="majorHAnsi" w:hAnsiTheme="majorHAnsi" w:cstheme="majorHAnsi"/>
          <w:lang w:val="pt-BR"/>
        </w:rPr>
        <w:br/>
      </w:r>
      <w:r w:rsidRPr="00820EEF">
        <w:rPr>
          <w:rFonts w:asciiTheme="majorHAnsi" w:hAnsiTheme="majorHAnsi" w:cstheme="majorHAnsi"/>
          <w:lang w:val="pt-BR"/>
        </w:rPr>
        <w:t xml:space="preserve">Assinatura do Coordenador </w:t>
      </w:r>
      <w:r w:rsidR="00E5390F">
        <w:rPr>
          <w:rFonts w:asciiTheme="majorHAnsi" w:hAnsiTheme="majorHAnsi" w:cstheme="majorHAnsi"/>
          <w:lang w:val="pt-BR"/>
        </w:rPr>
        <w:t>Local</w:t>
      </w:r>
    </w:p>
    <w:sectPr w:rsidR="00820EEF" w:rsidRPr="009E0B79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6CF35" w14:textId="77777777" w:rsidR="00375204" w:rsidRDefault="00375204" w:rsidP="005844A4">
      <w:pPr>
        <w:spacing w:after="0" w:line="240" w:lineRule="auto"/>
      </w:pPr>
      <w:r>
        <w:separator/>
      </w:r>
    </w:p>
  </w:endnote>
  <w:endnote w:type="continuationSeparator" w:id="0">
    <w:p w14:paraId="7BECD067" w14:textId="77777777" w:rsidR="00375204" w:rsidRDefault="00375204" w:rsidP="0058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E97D7" w14:textId="77777777" w:rsidR="00375204" w:rsidRDefault="00375204" w:rsidP="005844A4">
      <w:pPr>
        <w:spacing w:after="0" w:line="240" w:lineRule="auto"/>
      </w:pPr>
      <w:r>
        <w:separator/>
      </w:r>
    </w:p>
  </w:footnote>
  <w:footnote w:type="continuationSeparator" w:id="0">
    <w:p w14:paraId="76B7E435" w14:textId="77777777" w:rsidR="00375204" w:rsidRDefault="00375204" w:rsidP="00584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4C20" w14:textId="41FF7173" w:rsidR="0082457E" w:rsidRPr="0082457E" w:rsidRDefault="00C371B0" w:rsidP="00F952E4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  <w:lang w:val="pt-BR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FAD3804" wp14:editId="5ACB07AF">
          <wp:simplePos x="0" y="0"/>
          <wp:positionH relativeFrom="column">
            <wp:posOffset>4597621</wp:posOffset>
          </wp:positionH>
          <wp:positionV relativeFrom="paragraph">
            <wp:posOffset>85752</wp:posOffset>
          </wp:positionV>
          <wp:extent cx="1203960" cy="509905"/>
          <wp:effectExtent l="0" t="0" r="0" b="0"/>
          <wp:wrapNone/>
          <wp:docPr id="6" name="image1.png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 descr="Text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EA1A271" wp14:editId="0A3C78E5">
          <wp:simplePos x="0" y="0"/>
          <wp:positionH relativeFrom="column">
            <wp:posOffset>-302398</wp:posOffset>
          </wp:positionH>
          <wp:positionV relativeFrom="paragraph">
            <wp:posOffset>-140970</wp:posOffset>
          </wp:positionV>
          <wp:extent cx="828040" cy="829945"/>
          <wp:effectExtent l="0" t="0" r="0" b="0"/>
          <wp:wrapNone/>
          <wp:docPr id="5" name="image3.png" descr="Uma imagem contendo comida, placar, camisa, quar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Uma imagem contendo comida, placar, camisa, quarto&#10;&#10;Descrição gerad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2457E" w:rsidRPr="0082457E">
      <w:rPr>
        <w:rFonts w:ascii="Arial" w:eastAsia="Arial" w:hAnsi="Arial" w:cs="Arial"/>
        <w:b/>
        <w:color w:val="000000"/>
        <w:sz w:val="16"/>
        <w:szCs w:val="16"/>
        <w:lang w:val="pt-BR"/>
      </w:rPr>
      <w:t>SERVIÇO PÚBLICO FEDERAL</w:t>
    </w:r>
    <w:r w:rsidR="0082457E" w:rsidRPr="0082457E">
      <w:rPr>
        <w:rFonts w:ascii="Arial" w:eastAsia="Arial" w:hAnsi="Arial" w:cs="Arial"/>
        <w:b/>
        <w:color w:val="000000"/>
        <w:sz w:val="16"/>
        <w:szCs w:val="16"/>
        <w:lang w:val="pt-BR"/>
      </w:rPr>
      <w:br/>
      <w:t>MINISTÉRIO DA EDUCAÇÃO</w:t>
    </w:r>
    <w:r>
      <w:rPr>
        <w:rFonts w:ascii="Arial" w:eastAsia="Arial" w:hAnsi="Arial" w:cs="Arial"/>
        <w:b/>
        <w:color w:val="000000"/>
        <w:sz w:val="16"/>
        <w:szCs w:val="16"/>
        <w:lang w:val="pt-BR"/>
      </w:rPr>
      <w:br/>
    </w:r>
    <w:r w:rsidR="0082457E" w:rsidRPr="0082457E">
      <w:rPr>
        <w:rFonts w:ascii="Arial" w:eastAsia="Arial" w:hAnsi="Arial" w:cs="Arial"/>
        <w:b/>
        <w:color w:val="000000"/>
        <w:sz w:val="16"/>
        <w:szCs w:val="16"/>
        <w:lang w:val="pt-BR"/>
      </w:rPr>
      <w:t xml:space="preserve">INSTITUTO FEDERAL DE EDUCAÇÃO, CIÊNCIA E TECNOLOGIA DO PARÁ </w:t>
    </w:r>
    <w:r>
      <w:rPr>
        <w:rFonts w:ascii="Arial" w:eastAsia="Arial" w:hAnsi="Arial" w:cs="Arial"/>
        <w:b/>
        <w:color w:val="000000"/>
        <w:sz w:val="16"/>
        <w:szCs w:val="16"/>
        <w:lang w:val="pt-BR"/>
      </w:rPr>
      <w:t>–</w:t>
    </w:r>
    <w:r w:rsidR="0082457E" w:rsidRPr="0082457E">
      <w:rPr>
        <w:rFonts w:ascii="Arial" w:eastAsia="Arial" w:hAnsi="Arial" w:cs="Arial"/>
        <w:b/>
        <w:color w:val="000000"/>
        <w:sz w:val="16"/>
        <w:szCs w:val="16"/>
        <w:lang w:val="pt-BR"/>
      </w:rPr>
      <w:t xml:space="preserve"> IFPA</w:t>
    </w:r>
    <w:r>
      <w:rPr>
        <w:rFonts w:ascii="Arial" w:eastAsia="Arial" w:hAnsi="Arial" w:cs="Arial"/>
        <w:b/>
        <w:color w:val="000000"/>
        <w:sz w:val="16"/>
        <w:szCs w:val="16"/>
        <w:lang w:val="pt-BR"/>
      </w:rPr>
      <w:br/>
    </w:r>
    <w:r w:rsidR="0082457E" w:rsidRPr="0082457E">
      <w:rPr>
        <w:rFonts w:ascii="Arial" w:eastAsia="Arial" w:hAnsi="Arial" w:cs="Arial"/>
        <w:b/>
        <w:color w:val="000000"/>
        <w:sz w:val="16"/>
        <w:szCs w:val="16"/>
        <w:lang w:val="pt-BR"/>
      </w:rPr>
      <w:t>PRÓ-REITORIA DE PESQUISA, PÓS-GRADUAÇÃO E INOVAÇÃO</w:t>
    </w:r>
    <w:r w:rsidR="00F952E4">
      <w:rPr>
        <w:rFonts w:ascii="Arial" w:eastAsia="Arial" w:hAnsi="Arial" w:cs="Arial"/>
        <w:b/>
        <w:color w:val="000000"/>
        <w:sz w:val="16"/>
        <w:szCs w:val="16"/>
        <w:lang w:val="pt-BR"/>
      </w:rPr>
      <w:br/>
    </w:r>
    <w:r w:rsidR="0082457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9F76D8" wp14:editId="2E9EFF4E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2" name="Conector de Seta Re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26DBDE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2" o:spid="_x0000_s1026" type="#_x0000_t32" style="position:absolute;margin-left:-20pt;margin-top:6pt;width:0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" strokecolor="black [3200]" strokeweight="1pt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684C61"/>
    <w:multiLevelType w:val="multilevel"/>
    <w:tmpl w:val="58EEF69C"/>
    <w:numStyleLink w:val="Listaatual1"/>
  </w:abstractNum>
  <w:abstractNum w:abstractNumId="10" w15:restartNumberingAfterBreak="0">
    <w:nsid w:val="08683B5D"/>
    <w:multiLevelType w:val="multilevel"/>
    <w:tmpl w:val="58EEF69C"/>
    <w:numStyleLink w:val="Listaatual1"/>
  </w:abstractNum>
  <w:abstractNum w:abstractNumId="11" w15:restartNumberingAfterBreak="0">
    <w:nsid w:val="151D220C"/>
    <w:multiLevelType w:val="hybridMultilevel"/>
    <w:tmpl w:val="8D56B7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45A40"/>
    <w:multiLevelType w:val="multilevel"/>
    <w:tmpl w:val="58EEF69C"/>
    <w:styleLink w:val="Listaatual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A1CCD"/>
    <w:multiLevelType w:val="hybridMultilevel"/>
    <w:tmpl w:val="8AA44E4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C1CE6"/>
    <w:multiLevelType w:val="hybridMultilevel"/>
    <w:tmpl w:val="8D56B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F695F"/>
    <w:multiLevelType w:val="hybridMultilevel"/>
    <w:tmpl w:val="5130FA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01E89"/>
    <w:multiLevelType w:val="hybridMultilevel"/>
    <w:tmpl w:val="58EEF6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61754"/>
    <w:multiLevelType w:val="hybridMultilevel"/>
    <w:tmpl w:val="8E24A0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B3DC0"/>
    <w:multiLevelType w:val="hybridMultilevel"/>
    <w:tmpl w:val="724687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520A9"/>
    <w:multiLevelType w:val="multilevel"/>
    <w:tmpl w:val="39DAB8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A30A06"/>
    <w:multiLevelType w:val="multilevel"/>
    <w:tmpl w:val="58EEF69C"/>
    <w:numStyleLink w:val="Listaatual1"/>
  </w:abstractNum>
  <w:abstractNum w:abstractNumId="21" w15:restartNumberingAfterBreak="0">
    <w:nsid w:val="4C4F2A5C"/>
    <w:multiLevelType w:val="hybridMultilevel"/>
    <w:tmpl w:val="8AA44E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E00B6"/>
    <w:multiLevelType w:val="multilevel"/>
    <w:tmpl w:val="58EEF69C"/>
    <w:numStyleLink w:val="Listaatual1"/>
  </w:abstractNum>
  <w:abstractNum w:abstractNumId="23" w15:restartNumberingAfterBreak="0">
    <w:nsid w:val="64060633"/>
    <w:multiLevelType w:val="hybridMultilevel"/>
    <w:tmpl w:val="021088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9175A"/>
    <w:multiLevelType w:val="hybridMultilevel"/>
    <w:tmpl w:val="0AC4551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5025389">
    <w:abstractNumId w:val="8"/>
  </w:num>
  <w:num w:numId="2" w16cid:durableId="1757246583">
    <w:abstractNumId w:val="6"/>
  </w:num>
  <w:num w:numId="3" w16cid:durableId="1444306784">
    <w:abstractNumId w:val="5"/>
  </w:num>
  <w:num w:numId="4" w16cid:durableId="739138615">
    <w:abstractNumId w:val="4"/>
  </w:num>
  <w:num w:numId="5" w16cid:durableId="898132079">
    <w:abstractNumId w:val="7"/>
  </w:num>
  <w:num w:numId="6" w16cid:durableId="1247377779">
    <w:abstractNumId w:val="3"/>
  </w:num>
  <w:num w:numId="7" w16cid:durableId="140541185">
    <w:abstractNumId w:val="2"/>
  </w:num>
  <w:num w:numId="8" w16cid:durableId="1927684456">
    <w:abstractNumId w:val="1"/>
  </w:num>
  <w:num w:numId="9" w16cid:durableId="461851949">
    <w:abstractNumId w:val="0"/>
  </w:num>
  <w:num w:numId="10" w16cid:durableId="611479160">
    <w:abstractNumId w:val="21"/>
  </w:num>
  <w:num w:numId="11" w16cid:durableId="172763711">
    <w:abstractNumId w:val="23"/>
  </w:num>
  <w:num w:numId="12" w16cid:durableId="551038626">
    <w:abstractNumId w:val="18"/>
  </w:num>
  <w:num w:numId="13" w16cid:durableId="1439058795">
    <w:abstractNumId w:val="14"/>
  </w:num>
  <w:num w:numId="14" w16cid:durableId="1134953095">
    <w:abstractNumId w:val="15"/>
  </w:num>
  <w:num w:numId="15" w16cid:durableId="958219162">
    <w:abstractNumId w:val="17"/>
  </w:num>
  <w:num w:numId="16" w16cid:durableId="65033209">
    <w:abstractNumId w:val="12"/>
  </w:num>
  <w:num w:numId="17" w16cid:durableId="437993914">
    <w:abstractNumId w:val="16"/>
  </w:num>
  <w:num w:numId="18" w16cid:durableId="1830096424">
    <w:abstractNumId w:val="11"/>
  </w:num>
  <w:num w:numId="19" w16cid:durableId="685130866">
    <w:abstractNumId w:val="13"/>
  </w:num>
  <w:num w:numId="20" w16cid:durableId="1026756475">
    <w:abstractNumId w:val="10"/>
  </w:num>
  <w:num w:numId="21" w16cid:durableId="654071670">
    <w:abstractNumId w:val="19"/>
  </w:num>
  <w:num w:numId="22" w16cid:durableId="703991154">
    <w:abstractNumId w:val="9"/>
  </w:num>
  <w:num w:numId="23" w16cid:durableId="1251112993">
    <w:abstractNumId w:val="22"/>
  </w:num>
  <w:num w:numId="24" w16cid:durableId="221403755">
    <w:abstractNumId w:val="24"/>
  </w:num>
  <w:num w:numId="25" w16cid:durableId="4271960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5E1"/>
    <w:rsid w:val="000123FC"/>
    <w:rsid w:val="00034616"/>
    <w:rsid w:val="00044AC6"/>
    <w:rsid w:val="000604A6"/>
    <w:rsid w:val="0006063C"/>
    <w:rsid w:val="00080948"/>
    <w:rsid w:val="000B526C"/>
    <w:rsid w:val="000D364F"/>
    <w:rsid w:val="000E0FB9"/>
    <w:rsid w:val="000E7B8F"/>
    <w:rsid w:val="000F1A93"/>
    <w:rsid w:val="001028C7"/>
    <w:rsid w:val="0013492C"/>
    <w:rsid w:val="0015074B"/>
    <w:rsid w:val="001736E6"/>
    <w:rsid w:val="00191BB2"/>
    <w:rsid w:val="001B4B05"/>
    <w:rsid w:val="001B6096"/>
    <w:rsid w:val="001C0ADB"/>
    <w:rsid w:val="001E3FC1"/>
    <w:rsid w:val="001F32CC"/>
    <w:rsid w:val="002448F9"/>
    <w:rsid w:val="00250DD5"/>
    <w:rsid w:val="00252DA4"/>
    <w:rsid w:val="0025767E"/>
    <w:rsid w:val="00263B40"/>
    <w:rsid w:val="00265330"/>
    <w:rsid w:val="002749EE"/>
    <w:rsid w:val="00284504"/>
    <w:rsid w:val="00284837"/>
    <w:rsid w:val="0029639D"/>
    <w:rsid w:val="0030240A"/>
    <w:rsid w:val="00302B32"/>
    <w:rsid w:val="00326F90"/>
    <w:rsid w:val="00330D22"/>
    <w:rsid w:val="00342C46"/>
    <w:rsid w:val="00345E7D"/>
    <w:rsid w:val="003536C5"/>
    <w:rsid w:val="0036552D"/>
    <w:rsid w:val="00375204"/>
    <w:rsid w:val="00381207"/>
    <w:rsid w:val="003818DA"/>
    <w:rsid w:val="003837A2"/>
    <w:rsid w:val="003B2919"/>
    <w:rsid w:val="003B45D3"/>
    <w:rsid w:val="003C1536"/>
    <w:rsid w:val="003C2D34"/>
    <w:rsid w:val="003D082C"/>
    <w:rsid w:val="003D19D7"/>
    <w:rsid w:val="003D2DEA"/>
    <w:rsid w:val="003E52C0"/>
    <w:rsid w:val="00403A12"/>
    <w:rsid w:val="00413533"/>
    <w:rsid w:val="00414699"/>
    <w:rsid w:val="004219F2"/>
    <w:rsid w:val="00444265"/>
    <w:rsid w:val="004612E8"/>
    <w:rsid w:val="00482CB4"/>
    <w:rsid w:val="004A2331"/>
    <w:rsid w:val="004A274C"/>
    <w:rsid w:val="004C661B"/>
    <w:rsid w:val="004E3ACC"/>
    <w:rsid w:val="004E705B"/>
    <w:rsid w:val="004F3690"/>
    <w:rsid w:val="00507144"/>
    <w:rsid w:val="00531567"/>
    <w:rsid w:val="00545FB2"/>
    <w:rsid w:val="0055119E"/>
    <w:rsid w:val="00572F0D"/>
    <w:rsid w:val="005844A4"/>
    <w:rsid w:val="005A09BE"/>
    <w:rsid w:val="005C60B7"/>
    <w:rsid w:val="005E4ACF"/>
    <w:rsid w:val="006125E3"/>
    <w:rsid w:val="00653BBF"/>
    <w:rsid w:val="00676E14"/>
    <w:rsid w:val="00691CF7"/>
    <w:rsid w:val="006B10EE"/>
    <w:rsid w:val="00702E72"/>
    <w:rsid w:val="00707731"/>
    <w:rsid w:val="00712705"/>
    <w:rsid w:val="00713F16"/>
    <w:rsid w:val="00720524"/>
    <w:rsid w:val="0073702A"/>
    <w:rsid w:val="007418C2"/>
    <w:rsid w:val="00766F80"/>
    <w:rsid w:val="007810AC"/>
    <w:rsid w:val="00787E89"/>
    <w:rsid w:val="007946BF"/>
    <w:rsid w:val="007B4CFA"/>
    <w:rsid w:val="007C1D29"/>
    <w:rsid w:val="007E2A0A"/>
    <w:rsid w:val="00815823"/>
    <w:rsid w:val="00817EEC"/>
    <w:rsid w:val="00820EEF"/>
    <w:rsid w:val="0082457E"/>
    <w:rsid w:val="00840291"/>
    <w:rsid w:val="00862BAD"/>
    <w:rsid w:val="00870CB1"/>
    <w:rsid w:val="008B12B5"/>
    <w:rsid w:val="008B37E6"/>
    <w:rsid w:val="008B498D"/>
    <w:rsid w:val="008C5E01"/>
    <w:rsid w:val="008D1996"/>
    <w:rsid w:val="008F01EF"/>
    <w:rsid w:val="008F6922"/>
    <w:rsid w:val="00903CD1"/>
    <w:rsid w:val="00915054"/>
    <w:rsid w:val="009445A4"/>
    <w:rsid w:val="0096116C"/>
    <w:rsid w:val="009611C1"/>
    <w:rsid w:val="00970644"/>
    <w:rsid w:val="00970C79"/>
    <w:rsid w:val="00986DB4"/>
    <w:rsid w:val="00993C27"/>
    <w:rsid w:val="00996B08"/>
    <w:rsid w:val="009A18A2"/>
    <w:rsid w:val="009A6EE5"/>
    <w:rsid w:val="009B6193"/>
    <w:rsid w:val="009D6768"/>
    <w:rsid w:val="009E0B79"/>
    <w:rsid w:val="009F6715"/>
    <w:rsid w:val="00A007C4"/>
    <w:rsid w:val="00A02559"/>
    <w:rsid w:val="00A10C15"/>
    <w:rsid w:val="00A16633"/>
    <w:rsid w:val="00A230E5"/>
    <w:rsid w:val="00A27F38"/>
    <w:rsid w:val="00A350B4"/>
    <w:rsid w:val="00A5319F"/>
    <w:rsid w:val="00A6193E"/>
    <w:rsid w:val="00A669C3"/>
    <w:rsid w:val="00A73A9A"/>
    <w:rsid w:val="00A8435D"/>
    <w:rsid w:val="00A94842"/>
    <w:rsid w:val="00AA1D8D"/>
    <w:rsid w:val="00AC5970"/>
    <w:rsid w:val="00AE36BE"/>
    <w:rsid w:val="00B06D21"/>
    <w:rsid w:val="00B14503"/>
    <w:rsid w:val="00B33387"/>
    <w:rsid w:val="00B47730"/>
    <w:rsid w:val="00B5231D"/>
    <w:rsid w:val="00BB10FD"/>
    <w:rsid w:val="00C15455"/>
    <w:rsid w:val="00C371B0"/>
    <w:rsid w:val="00C503BD"/>
    <w:rsid w:val="00C519B6"/>
    <w:rsid w:val="00C528F9"/>
    <w:rsid w:val="00C91C5E"/>
    <w:rsid w:val="00CB0664"/>
    <w:rsid w:val="00CB3C2F"/>
    <w:rsid w:val="00CB6FA1"/>
    <w:rsid w:val="00CE580A"/>
    <w:rsid w:val="00CE6188"/>
    <w:rsid w:val="00D15865"/>
    <w:rsid w:val="00D4032F"/>
    <w:rsid w:val="00D50CF9"/>
    <w:rsid w:val="00DC226A"/>
    <w:rsid w:val="00DC5CC1"/>
    <w:rsid w:val="00DD17DA"/>
    <w:rsid w:val="00DE7611"/>
    <w:rsid w:val="00E01A17"/>
    <w:rsid w:val="00E2434A"/>
    <w:rsid w:val="00E5390F"/>
    <w:rsid w:val="00E97142"/>
    <w:rsid w:val="00EB4B29"/>
    <w:rsid w:val="00EC7B3B"/>
    <w:rsid w:val="00ED4E7B"/>
    <w:rsid w:val="00ED6CE7"/>
    <w:rsid w:val="00EE34F5"/>
    <w:rsid w:val="00EE4241"/>
    <w:rsid w:val="00F149BA"/>
    <w:rsid w:val="00F22A12"/>
    <w:rsid w:val="00F50191"/>
    <w:rsid w:val="00F564DB"/>
    <w:rsid w:val="00F84B13"/>
    <w:rsid w:val="00F952E4"/>
    <w:rsid w:val="00FC693F"/>
    <w:rsid w:val="00FD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2EC79"/>
  <w14:defaultImageDpi w14:val="300"/>
  <w15:docId w15:val="{91510E6C-C910-EF4A-B93F-059D5649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Listaatual1">
    <w:name w:val="Lista atual1"/>
    <w:uiPriority w:val="99"/>
    <w:rsid w:val="00BB10FD"/>
    <w:pPr>
      <w:numPr>
        <w:numId w:val="16"/>
      </w:numPr>
    </w:pPr>
  </w:style>
  <w:style w:type="character" w:styleId="Hyperlink">
    <w:name w:val="Hyperlink"/>
    <w:basedOn w:val="Fontepargpadro"/>
    <w:uiPriority w:val="99"/>
    <w:unhideWhenUsed/>
    <w:rsid w:val="002653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6533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A2331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44A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44A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844A4"/>
    <w:rPr>
      <w:vertAlign w:val="superscript"/>
    </w:rPr>
  </w:style>
  <w:style w:type="character" w:customStyle="1" w:styleId="normaltextrun">
    <w:name w:val="normaltextrun"/>
    <w:basedOn w:val="Fontepargpadro"/>
    <w:rsid w:val="007B4CFA"/>
  </w:style>
  <w:style w:type="character" w:customStyle="1" w:styleId="eop">
    <w:name w:val="eop"/>
    <w:basedOn w:val="Fontepargpadro"/>
    <w:rsid w:val="007B4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400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Smith</cp:lastModifiedBy>
  <cp:revision>83</cp:revision>
  <dcterms:created xsi:type="dcterms:W3CDTF">2026-01-23T20:48:00Z</dcterms:created>
  <dcterms:modified xsi:type="dcterms:W3CDTF">2026-03-18T12:35:00Z</dcterms:modified>
  <cp:category/>
</cp:coreProperties>
</file>