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1355" w14:textId="7EDAED1C" w:rsidR="009E0B79" w:rsidRPr="009E0B79" w:rsidRDefault="009E0B79" w:rsidP="00AF454D">
      <w:pPr>
        <w:spacing w:before="230" w:line="36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EDITAL Nº </w:t>
      </w:r>
      <w:r w:rsidR="000F6B1A">
        <w:rPr>
          <w:rFonts w:asciiTheme="majorHAnsi" w:hAnsiTheme="majorHAnsi" w:cstheme="majorHAnsi"/>
          <w:b/>
          <w:bCs/>
          <w:sz w:val="24"/>
          <w:szCs w:val="24"/>
          <w:lang w:val="pt-BR"/>
        </w:rPr>
        <w:t>0</w:t>
      </w:r>
      <w:r w:rsidR="00F11981">
        <w:rPr>
          <w:rFonts w:asciiTheme="majorHAnsi" w:hAnsiTheme="majorHAnsi" w:cstheme="majorHAnsi"/>
          <w:b/>
          <w:bCs/>
          <w:sz w:val="24"/>
          <w:szCs w:val="24"/>
          <w:lang w:val="pt-BR"/>
        </w:rPr>
        <w:t>5</w:t>
      </w: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</w:p>
    <w:p w14:paraId="512D9B50" w14:textId="77777777" w:rsidR="009E0B79" w:rsidRPr="009E0B79" w:rsidRDefault="009E0B79" w:rsidP="009E0B79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ANEXO I</w:t>
      </w:r>
    </w:p>
    <w:p w14:paraId="33503CE6" w14:textId="5A6CB4A6" w:rsidR="009E0B79" w:rsidRPr="009E0B79" w:rsidRDefault="009E0B79" w:rsidP="009E0B79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REQUERIMENTO DE INSCRIÇÃO AO PROCESSO SELETIVO DE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COORDENADOR LOCAL</w:t>
      </w:r>
    </w:p>
    <w:p w14:paraId="283D0412" w14:textId="77777777" w:rsidR="009E0B79" w:rsidRPr="009E0B79" w:rsidRDefault="009E0B79" w:rsidP="009E0B79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Theme="majorHAnsi" w:hAnsiTheme="majorHAnsi" w:cstheme="majorHAnsi"/>
          <w:color w:val="000000"/>
          <w:sz w:val="20"/>
          <w:szCs w:val="20"/>
          <w:lang w:val="pt-BR"/>
        </w:rPr>
      </w:pPr>
    </w:p>
    <w:tbl>
      <w:tblPr>
        <w:tblW w:w="90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720"/>
        <w:gridCol w:w="480"/>
        <w:gridCol w:w="1060"/>
        <w:gridCol w:w="700"/>
        <w:gridCol w:w="800"/>
        <w:gridCol w:w="900"/>
        <w:gridCol w:w="2120"/>
      </w:tblGrid>
      <w:tr w:rsidR="009E0B79" w:rsidRPr="009E0B79" w14:paraId="5AE76321" w14:textId="77777777" w:rsidTr="008C183F">
        <w:trPr>
          <w:trHeight w:val="519"/>
          <w:jc w:val="center"/>
        </w:trPr>
        <w:tc>
          <w:tcPr>
            <w:tcW w:w="9060" w:type="dxa"/>
            <w:gridSpan w:val="8"/>
          </w:tcPr>
          <w:p w14:paraId="47D1E913" w14:textId="656B6A37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Nome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: </w:t>
            </w:r>
          </w:p>
        </w:tc>
      </w:tr>
      <w:tr w:rsidR="009E0B79" w:rsidRPr="00F11981" w14:paraId="27D09670" w14:textId="77777777" w:rsidTr="008C183F">
        <w:trPr>
          <w:trHeight w:val="520"/>
          <w:jc w:val="center"/>
        </w:trPr>
        <w:tc>
          <w:tcPr>
            <w:tcW w:w="9060" w:type="dxa"/>
            <w:gridSpan w:val="8"/>
          </w:tcPr>
          <w:p w14:paraId="79D2D209" w14:textId="0D477B84" w:rsidR="009E0B79" w:rsidRPr="009155C6" w:rsidRDefault="00413533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  <w:lang w:val="pt-BR"/>
              </w:rPr>
            </w:pPr>
            <w:r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IFes/Campus</w:t>
            </w:r>
            <w:r w:rsidR="009E0B79"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 para atuação</w:t>
            </w:r>
            <w:r w:rsidR="00A350B4"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:</w:t>
            </w:r>
            <w:r w:rsidR="009E0B79"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 </w:t>
            </w:r>
            <w:r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(Conforme Anexo </w:t>
            </w:r>
            <w:r w:rsidR="001028C7"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III</w:t>
            </w:r>
            <w:r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)</w:t>
            </w:r>
          </w:p>
        </w:tc>
      </w:tr>
      <w:tr w:rsidR="009E0B79" w:rsidRPr="009E0B79" w14:paraId="3619DB93" w14:textId="77777777" w:rsidTr="008C183F">
        <w:trPr>
          <w:trHeight w:val="520"/>
          <w:jc w:val="center"/>
        </w:trPr>
        <w:tc>
          <w:tcPr>
            <w:tcW w:w="4540" w:type="dxa"/>
            <w:gridSpan w:val="4"/>
          </w:tcPr>
          <w:p w14:paraId="08280136" w14:textId="37930DB8" w:rsidR="009E0B79" w:rsidRPr="009E0B79" w:rsidRDefault="00413533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IFes</w:t>
            </w:r>
            <w:proofErr w:type="spellEnd"/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/</w:t>
            </w:r>
            <w:r w:rsidR="009E0B79"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Campus de </w:t>
            </w:r>
            <w:proofErr w:type="spellStart"/>
            <w:r w:rsidR="009E0B79"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lotação</w:t>
            </w:r>
            <w:proofErr w:type="spellEnd"/>
            <w:r w:rsidR="002749EE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4520" w:type="dxa"/>
            <w:gridSpan w:val="4"/>
          </w:tcPr>
          <w:p w14:paraId="01C322C7" w14:textId="79CD05C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Cargo no IF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es:</w:t>
            </w:r>
          </w:p>
        </w:tc>
      </w:tr>
      <w:tr w:rsidR="009E0B79" w:rsidRPr="009E0B79" w14:paraId="11A06F65" w14:textId="77777777" w:rsidTr="008C183F">
        <w:trPr>
          <w:trHeight w:val="520"/>
          <w:jc w:val="center"/>
        </w:trPr>
        <w:tc>
          <w:tcPr>
            <w:tcW w:w="4540" w:type="dxa"/>
            <w:gridSpan w:val="4"/>
          </w:tcPr>
          <w:p w14:paraId="1909617C" w14:textId="1EC63674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Registro 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G</w:t>
            </w: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eral (RG)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4520" w:type="dxa"/>
            <w:gridSpan w:val="4"/>
          </w:tcPr>
          <w:p w14:paraId="17ED9CAE" w14:textId="3523C274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CPF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1CD1BC27" w14:textId="77777777" w:rsidTr="008C183F">
        <w:trPr>
          <w:trHeight w:val="539"/>
          <w:jc w:val="center"/>
        </w:trPr>
        <w:tc>
          <w:tcPr>
            <w:tcW w:w="3000" w:type="dxa"/>
            <w:gridSpan w:val="2"/>
          </w:tcPr>
          <w:p w14:paraId="52DE214D" w14:textId="789A180F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Data de 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</w:t>
            </w: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ascimento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040" w:type="dxa"/>
            <w:gridSpan w:val="4"/>
          </w:tcPr>
          <w:p w14:paraId="2EB055E0" w14:textId="4A99DF6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Nacionalidade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020" w:type="dxa"/>
            <w:gridSpan w:val="2"/>
          </w:tcPr>
          <w:p w14:paraId="3DDB301E" w14:textId="77777777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Cidade</w:t>
            </w:r>
            <w:proofErr w:type="spellEnd"/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/UF de </w:t>
            </w:r>
            <w:proofErr w:type="spellStart"/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nascimento</w:t>
            </w:r>
            <w:proofErr w:type="spellEnd"/>
          </w:p>
        </w:tc>
      </w:tr>
      <w:tr w:rsidR="009E0B79" w:rsidRPr="009E0B79" w14:paraId="63EFE601" w14:textId="77777777" w:rsidTr="008C183F">
        <w:trPr>
          <w:trHeight w:val="520"/>
          <w:jc w:val="center"/>
        </w:trPr>
        <w:tc>
          <w:tcPr>
            <w:tcW w:w="3480" w:type="dxa"/>
            <w:gridSpan w:val="3"/>
          </w:tcPr>
          <w:p w14:paraId="352BE20F" w14:textId="48FF720E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E-mail </w:t>
            </w:r>
            <w:r w:rsidR="00A350B4"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institutional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460" w:type="dxa"/>
            <w:gridSpan w:val="4"/>
          </w:tcPr>
          <w:p w14:paraId="6F8C34A2" w14:textId="0AC76BB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9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E-mail alternativo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0" w:type="dxa"/>
          </w:tcPr>
          <w:p w14:paraId="70CC2D39" w14:textId="096042E2" w:rsidR="009E0B79" w:rsidRPr="009E0B79" w:rsidRDefault="00A350B4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</w:t>
            </w:r>
            <w:r w:rsidR="009E0B79"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elular</w:t>
            </w:r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0FFEF8A1" w14:textId="77777777" w:rsidTr="008C183F">
        <w:trPr>
          <w:trHeight w:val="520"/>
          <w:jc w:val="center"/>
        </w:trPr>
        <w:tc>
          <w:tcPr>
            <w:tcW w:w="9060" w:type="dxa"/>
            <w:gridSpan w:val="8"/>
          </w:tcPr>
          <w:p w14:paraId="0557AFC6" w14:textId="32213D26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Endereço completo</w:t>
            </w:r>
            <w:r w:rsid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2A25E13B" w14:textId="77777777" w:rsidTr="008C183F">
        <w:trPr>
          <w:trHeight w:val="520"/>
          <w:jc w:val="center"/>
        </w:trPr>
        <w:tc>
          <w:tcPr>
            <w:tcW w:w="2280" w:type="dxa"/>
          </w:tcPr>
          <w:p w14:paraId="4394E6B8" w14:textId="1C78C6CE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CEP</w:t>
            </w:r>
            <w:r w:rsid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60" w:type="dxa"/>
            <w:gridSpan w:val="4"/>
          </w:tcPr>
          <w:p w14:paraId="4263FD75" w14:textId="606F8A8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Bairro</w:t>
            </w:r>
            <w:r w:rsid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820" w:type="dxa"/>
            <w:gridSpan w:val="3"/>
          </w:tcPr>
          <w:p w14:paraId="10FF3877" w14:textId="0EE489D2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9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Cidade/UF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</w:tbl>
    <w:p w14:paraId="7D38D964" w14:textId="4C6E6172" w:rsidR="00D4032F" w:rsidRPr="00D4032F" w:rsidRDefault="00D4032F" w:rsidP="00D4032F">
      <w:pPr>
        <w:spacing w:before="200"/>
        <w:ind w:left="286" w:right="-574"/>
        <w:jc w:val="both"/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</w:pP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Venho, por meio deste, requerer a inscrição no Processo Seletivo Simplificado para bolsista, destinado à função de </w:t>
      </w:r>
      <w:r w:rsidRPr="0041353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lang w:val="pt-BR"/>
        </w:rPr>
        <w:t>Coordenador Local</w:t>
      </w: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, para atuação no </w:t>
      </w:r>
      <w:r w:rsidRPr="0041353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lang w:val="pt-BR"/>
        </w:rPr>
        <w:t>Projeto Hortas Pedagógicas – Ação de Agricultura Urbana e Periurbana</w:t>
      </w: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.</w:t>
      </w:r>
    </w:p>
    <w:p w14:paraId="186F8139" w14:textId="0994E159" w:rsidR="009E0B79" w:rsidRPr="009E0B79" w:rsidRDefault="00D4032F" w:rsidP="00D4032F">
      <w:pPr>
        <w:spacing w:before="200"/>
        <w:ind w:left="286" w:right="-574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Declaro-me integralmente responsável pelas informações prestadas nesta ficha de inscrição, bem como pela veracidade e conformidade dos documentos exigidos pelo Edital nº </w:t>
      </w:r>
      <w:r w:rsidR="000F6B1A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0</w:t>
      </w:r>
      <w:r w:rsidR="00F11981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5</w:t>
      </w: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/2026/IFPA/MDS.</w:t>
      </w:r>
    </w:p>
    <w:p w14:paraId="08BD388F" w14:textId="77777777" w:rsidR="009E0B79" w:rsidRPr="009E0B79" w:rsidRDefault="009E0B79" w:rsidP="009E0B7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</w:p>
    <w:p w14:paraId="5E2F790C" w14:textId="77777777" w:rsidR="009E0B79" w:rsidRPr="009E0B79" w:rsidRDefault="009E0B79" w:rsidP="009E0B7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</w:p>
    <w:p w14:paraId="5E43BCEA" w14:textId="77777777" w:rsidR="009E0B79" w:rsidRPr="00250DD5" w:rsidRDefault="009E0B79" w:rsidP="009E0B79">
      <w:pPr>
        <w:pBdr>
          <w:top w:val="nil"/>
          <w:left w:val="nil"/>
          <w:bottom w:val="nil"/>
          <w:right w:val="nil"/>
          <w:between w:val="nil"/>
        </w:pBdr>
        <w:tabs>
          <w:tab w:val="left" w:pos="1883"/>
          <w:tab w:val="left" w:pos="5423"/>
        </w:tabs>
        <w:ind w:right="26"/>
        <w:jc w:val="center"/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  <w:r w:rsidRPr="009E0B7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pt-BR"/>
        </w:rPr>
        <w:tab/>
      </w:r>
      <w:r w:rsidRPr="00250DD5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de </w:t>
      </w:r>
      <w:r w:rsidRPr="00250DD5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pt-BR"/>
        </w:rPr>
        <w:tab/>
      </w:r>
      <w:r w:rsidRPr="00250DD5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de 202</w:t>
      </w:r>
      <w:r w:rsidRPr="00250DD5">
        <w:rPr>
          <w:rFonts w:asciiTheme="majorHAnsi" w:hAnsiTheme="majorHAnsi" w:cstheme="majorHAnsi"/>
          <w:sz w:val="24"/>
          <w:szCs w:val="24"/>
          <w:lang w:val="pt-BR"/>
        </w:rPr>
        <w:t>6</w:t>
      </w:r>
    </w:p>
    <w:p w14:paraId="67B34B00" w14:textId="77777777" w:rsidR="009E0B79" w:rsidRPr="00250DD5" w:rsidRDefault="009E0B79" w:rsidP="009E0B7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</w:p>
    <w:p w14:paraId="19ED16D8" w14:textId="77777777" w:rsidR="009E0B79" w:rsidRPr="00250DD5" w:rsidRDefault="009E0B79" w:rsidP="009E0B79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</w:p>
    <w:p w14:paraId="214F337D" w14:textId="32CC014D" w:rsidR="009E0B79" w:rsidRPr="00250DD5" w:rsidRDefault="00C528F9" w:rsidP="00C528F9">
      <w:pPr>
        <w:jc w:val="center"/>
        <w:rPr>
          <w:rFonts w:asciiTheme="majorHAnsi" w:hAnsiTheme="majorHAnsi" w:cstheme="majorHAnsi"/>
          <w:sz w:val="20"/>
          <w:szCs w:val="20"/>
          <w:lang w:val="pt-BR"/>
        </w:rPr>
      </w:pPr>
      <w:r w:rsidRPr="00250DD5">
        <w:rPr>
          <w:rFonts w:asciiTheme="majorHAnsi" w:hAnsiTheme="majorHAnsi" w:cstheme="majorHAnsi"/>
          <w:sz w:val="20"/>
          <w:szCs w:val="20"/>
          <w:lang w:val="pt-BR"/>
        </w:rPr>
        <w:t>_________________________________</w:t>
      </w:r>
      <w:r w:rsidRPr="00250DD5">
        <w:rPr>
          <w:rFonts w:asciiTheme="majorHAnsi" w:hAnsiTheme="majorHAnsi" w:cstheme="majorHAnsi"/>
          <w:sz w:val="20"/>
          <w:szCs w:val="20"/>
          <w:lang w:val="pt-BR"/>
        </w:rPr>
        <w:br/>
      </w:r>
      <w:r w:rsidR="009E0B79" w:rsidRPr="00250DD5">
        <w:rPr>
          <w:rFonts w:asciiTheme="majorHAnsi" w:hAnsiTheme="majorHAnsi" w:cstheme="majorHAnsi"/>
          <w:sz w:val="20"/>
          <w:szCs w:val="20"/>
          <w:lang w:val="pt-BR"/>
        </w:rPr>
        <w:t xml:space="preserve">Assinatura do </w:t>
      </w:r>
      <w:r w:rsidRPr="00250DD5">
        <w:rPr>
          <w:rFonts w:asciiTheme="majorHAnsi" w:hAnsiTheme="majorHAnsi" w:cstheme="majorHAnsi"/>
          <w:sz w:val="20"/>
          <w:szCs w:val="20"/>
          <w:lang w:val="pt-BR"/>
        </w:rPr>
        <w:t>C</w:t>
      </w:r>
      <w:r w:rsidR="009E0B79" w:rsidRPr="00250DD5">
        <w:rPr>
          <w:rFonts w:asciiTheme="majorHAnsi" w:hAnsiTheme="majorHAnsi" w:cstheme="majorHAnsi"/>
          <w:sz w:val="20"/>
          <w:szCs w:val="20"/>
          <w:lang w:val="pt-BR"/>
        </w:rPr>
        <w:t>andidato</w:t>
      </w:r>
    </w:p>
    <w:p w14:paraId="031DD19E" w14:textId="226E488D" w:rsidR="00787E89" w:rsidRPr="009E0B79" w:rsidRDefault="00787E89" w:rsidP="00787E89">
      <w:pPr>
        <w:spacing w:before="230" w:line="36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lastRenderedPageBreak/>
        <w:t xml:space="preserve">EDITAL Nº </w:t>
      </w:r>
      <w:r w:rsidR="000F6B1A">
        <w:rPr>
          <w:rFonts w:asciiTheme="majorHAnsi" w:hAnsiTheme="majorHAnsi" w:cstheme="majorHAnsi"/>
          <w:b/>
          <w:bCs/>
          <w:sz w:val="24"/>
          <w:szCs w:val="24"/>
          <w:lang w:val="pt-BR"/>
        </w:rPr>
        <w:t>0</w:t>
      </w:r>
      <w:r w:rsidR="00F11981">
        <w:rPr>
          <w:rFonts w:asciiTheme="majorHAnsi" w:hAnsiTheme="majorHAnsi" w:cstheme="majorHAnsi"/>
          <w:b/>
          <w:bCs/>
          <w:sz w:val="24"/>
          <w:szCs w:val="24"/>
          <w:lang w:val="pt-BR"/>
        </w:rPr>
        <w:t>5</w:t>
      </w: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</w:p>
    <w:p w14:paraId="29FF4E40" w14:textId="6D473A34" w:rsidR="00787E89" w:rsidRDefault="00787E89" w:rsidP="00787E89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ANEXO I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I</w:t>
      </w:r>
    </w:p>
    <w:p w14:paraId="6090CA49" w14:textId="40AB6251" w:rsidR="00787E89" w:rsidRDefault="00787E89" w:rsidP="00787E89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FICHA DE AVALIAÇÃO CURRICULAR</w:t>
      </w:r>
      <w:r w:rsidR="009A6EE5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– COORDENADOR LOCAL</w:t>
      </w:r>
    </w:p>
    <w:tbl>
      <w:tblPr>
        <w:tblW w:w="9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3119"/>
        <w:gridCol w:w="2364"/>
        <w:gridCol w:w="1321"/>
        <w:gridCol w:w="1418"/>
      </w:tblGrid>
      <w:tr w:rsidR="00787E89" w:rsidRPr="00787E89" w14:paraId="6BE57F21" w14:textId="77777777" w:rsidTr="001F6AD5">
        <w:trPr>
          <w:trHeight w:val="460"/>
          <w:jc w:val="center"/>
        </w:trPr>
        <w:tc>
          <w:tcPr>
            <w:tcW w:w="6560" w:type="dxa"/>
            <w:gridSpan w:val="3"/>
          </w:tcPr>
          <w:p w14:paraId="3CE18BCB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Nome do candidato:</w:t>
            </w:r>
          </w:p>
        </w:tc>
        <w:tc>
          <w:tcPr>
            <w:tcW w:w="2739" w:type="dxa"/>
            <w:gridSpan w:val="2"/>
          </w:tcPr>
          <w:p w14:paraId="33BCC530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CPF:</w:t>
            </w:r>
          </w:p>
        </w:tc>
      </w:tr>
      <w:tr w:rsidR="00787E89" w:rsidRPr="00F11981" w14:paraId="7352C1FB" w14:textId="77777777" w:rsidTr="001F6AD5">
        <w:trPr>
          <w:trHeight w:val="460"/>
          <w:jc w:val="center"/>
        </w:trPr>
        <w:tc>
          <w:tcPr>
            <w:tcW w:w="6560" w:type="dxa"/>
            <w:gridSpan w:val="3"/>
          </w:tcPr>
          <w:p w14:paraId="5E4AF3C5" w14:textId="249189C1" w:rsidR="00787E89" w:rsidRPr="009155C6" w:rsidRDefault="009A6EE5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IFes/Campus para atuação: (Conforme Anexo </w:t>
            </w:r>
            <w:r w:rsidR="001028C7"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III</w:t>
            </w:r>
            <w:r w:rsidRPr="009155C6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)</w:t>
            </w:r>
          </w:p>
        </w:tc>
        <w:tc>
          <w:tcPr>
            <w:tcW w:w="2739" w:type="dxa"/>
            <w:gridSpan w:val="2"/>
          </w:tcPr>
          <w:p w14:paraId="7C76C439" w14:textId="77777777" w:rsidR="00787E89" w:rsidRPr="009A6EE5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  <w:lang w:val="pt-BR"/>
              </w:rPr>
            </w:pPr>
          </w:p>
        </w:tc>
      </w:tr>
      <w:tr w:rsidR="00787E89" w:rsidRPr="00787E89" w14:paraId="6C0CB258" w14:textId="77777777" w:rsidTr="001F6AD5">
        <w:trPr>
          <w:trHeight w:val="259"/>
          <w:jc w:val="center"/>
        </w:trPr>
        <w:tc>
          <w:tcPr>
            <w:tcW w:w="1077" w:type="dxa"/>
            <w:vMerge w:val="restart"/>
          </w:tcPr>
          <w:p w14:paraId="48E89D04" w14:textId="77777777" w:rsidR="00787E89" w:rsidRPr="009A6EE5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  <w:p w14:paraId="1EDC6C69" w14:textId="77777777" w:rsidR="00787E89" w:rsidRPr="009A6EE5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  <w:p w14:paraId="0937B657" w14:textId="12E2EDAF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Critér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</w:t>
            </w: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</w:t>
            </w:r>
            <w:proofErr w:type="spellEnd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3119" w:type="dxa"/>
          </w:tcPr>
          <w:p w14:paraId="395AD1F1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TITULAÇÃO</w:t>
            </w: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3685" w:type="dxa"/>
            <w:gridSpan w:val="2"/>
          </w:tcPr>
          <w:p w14:paraId="6C34D613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  <w:proofErr w:type="spellEnd"/>
          </w:p>
        </w:tc>
        <w:tc>
          <w:tcPr>
            <w:tcW w:w="1418" w:type="dxa"/>
          </w:tcPr>
          <w:p w14:paraId="42059AB4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Avaliação</w:t>
            </w:r>
            <w:proofErr w:type="spellEnd"/>
          </w:p>
        </w:tc>
      </w:tr>
      <w:tr w:rsidR="00787E89" w:rsidRPr="00787E89" w14:paraId="110EA49D" w14:textId="77777777" w:rsidTr="001F6AD5">
        <w:trPr>
          <w:trHeight w:val="280"/>
          <w:jc w:val="center"/>
        </w:trPr>
        <w:tc>
          <w:tcPr>
            <w:tcW w:w="1077" w:type="dxa"/>
            <w:vMerge/>
          </w:tcPr>
          <w:p w14:paraId="3E22DAB2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5A2CBAE6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Especialização</w:t>
            </w:r>
            <w:proofErr w:type="spellEnd"/>
          </w:p>
        </w:tc>
        <w:tc>
          <w:tcPr>
            <w:tcW w:w="3685" w:type="dxa"/>
            <w:gridSpan w:val="2"/>
          </w:tcPr>
          <w:p w14:paraId="010AFA67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D34E3AA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5FE1B751" w14:textId="77777777" w:rsidTr="001F6AD5">
        <w:trPr>
          <w:trHeight w:val="260"/>
          <w:jc w:val="center"/>
        </w:trPr>
        <w:tc>
          <w:tcPr>
            <w:tcW w:w="1077" w:type="dxa"/>
            <w:vMerge/>
          </w:tcPr>
          <w:p w14:paraId="79CDCE52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711995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Mestrado</w:t>
            </w:r>
            <w:proofErr w:type="spellEnd"/>
          </w:p>
        </w:tc>
        <w:tc>
          <w:tcPr>
            <w:tcW w:w="3685" w:type="dxa"/>
            <w:gridSpan w:val="2"/>
          </w:tcPr>
          <w:p w14:paraId="78EF6009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2444397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1210399F" w14:textId="77777777" w:rsidTr="001F6AD5">
        <w:trPr>
          <w:trHeight w:val="280"/>
          <w:jc w:val="center"/>
        </w:trPr>
        <w:tc>
          <w:tcPr>
            <w:tcW w:w="1077" w:type="dxa"/>
            <w:vMerge/>
          </w:tcPr>
          <w:p w14:paraId="714298DB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EF021F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Doutorado</w:t>
            </w:r>
          </w:p>
        </w:tc>
        <w:tc>
          <w:tcPr>
            <w:tcW w:w="3685" w:type="dxa"/>
            <w:gridSpan w:val="2"/>
          </w:tcPr>
          <w:p w14:paraId="46311CC7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6529DD00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DC5CC1" w:rsidRPr="00787E89" w14:paraId="2E738D9C" w14:textId="77777777" w:rsidTr="001F6AD5">
        <w:trPr>
          <w:trHeight w:val="220"/>
          <w:jc w:val="center"/>
        </w:trPr>
        <w:tc>
          <w:tcPr>
            <w:tcW w:w="1077" w:type="dxa"/>
            <w:vMerge/>
          </w:tcPr>
          <w:p w14:paraId="137F3C77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/>
          </w:tcPr>
          <w:p w14:paraId="133F6172" w14:textId="77777777" w:rsidR="00787E89" w:rsidRPr="00787E89" w:rsidRDefault="00787E89" w:rsidP="0003744A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  <w:proofErr w:type="spellEnd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máxima</w:t>
            </w:r>
            <w:proofErr w:type="spellEnd"/>
          </w:p>
        </w:tc>
        <w:tc>
          <w:tcPr>
            <w:tcW w:w="3685" w:type="dxa"/>
            <w:gridSpan w:val="2"/>
            <w:shd w:val="clear" w:color="auto" w:fill="D9D9D9"/>
          </w:tcPr>
          <w:p w14:paraId="018A1F72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D9D9D9"/>
          </w:tcPr>
          <w:p w14:paraId="2AE50167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3A10D5EA" w14:textId="77777777" w:rsidTr="001F6AD5">
        <w:trPr>
          <w:trHeight w:val="280"/>
          <w:jc w:val="center"/>
        </w:trPr>
        <w:tc>
          <w:tcPr>
            <w:tcW w:w="1077" w:type="dxa"/>
            <w:vMerge w:val="restart"/>
          </w:tcPr>
          <w:p w14:paraId="220C59B3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D9F6D0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DE7666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70E757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67EEF6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Critério</w:t>
            </w:r>
            <w:proofErr w:type="spellEnd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</w:tcPr>
          <w:p w14:paraId="174744F6" w14:textId="78D32EFA" w:rsidR="00787E89" w:rsidRPr="003818DA" w:rsidRDefault="00787E89" w:rsidP="003818DA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3818D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 xml:space="preserve">EXPERIÊNCIA </w:t>
            </w:r>
            <w:r w:rsidR="003818DA" w:rsidRPr="003818D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EM COORDENAÇÃO DE PRO</w:t>
            </w:r>
            <w:r w:rsidR="003818D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JETOS</w:t>
            </w:r>
          </w:p>
        </w:tc>
        <w:tc>
          <w:tcPr>
            <w:tcW w:w="3685" w:type="dxa"/>
            <w:gridSpan w:val="2"/>
          </w:tcPr>
          <w:p w14:paraId="242D52EE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  <w:proofErr w:type="spellEnd"/>
          </w:p>
        </w:tc>
        <w:tc>
          <w:tcPr>
            <w:tcW w:w="1418" w:type="dxa"/>
          </w:tcPr>
          <w:p w14:paraId="79D34BD3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Avaliação</w:t>
            </w:r>
            <w:proofErr w:type="spellEnd"/>
          </w:p>
        </w:tc>
      </w:tr>
      <w:tr w:rsidR="00787E89" w:rsidRPr="00787E89" w14:paraId="2450552B" w14:textId="77777777" w:rsidTr="001F6AD5">
        <w:trPr>
          <w:trHeight w:val="499"/>
          <w:jc w:val="center"/>
        </w:trPr>
        <w:tc>
          <w:tcPr>
            <w:tcW w:w="1077" w:type="dxa"/>
            <w:vMerge/>
          </w:tcPr>
          <w:p w14:paraId="32EB3A04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1CDDBA" w14:textId="3C983246" w:rsidR="003818DA" w:rsidRPr="003818DA" w:rsidRDefault="003818DA" w:rsidP="003818DA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3818DA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Atuação como coordenador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</w:t>
            </w:r>
            <w:r w:rsidRPr="003818DA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ou gestor de projetos institucionais;</w:t>
            </w:r>
          </w:p>
          <w:p w14:paraId="051D744A" w14:textId="1E7309C1" w:rsidR="00787E89" w:rsidRPr="003818DA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685" w:type="dxa"/>
            <w:gridSpan w:val="2"/>
          </w:tcPr>
          <w:p w14:paraId="5602DD46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 ponto por semestre completo de atuação.</w:t>
            </w:r>
          </w:p>
          <w:p w14:paraId="46EFAE94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Máximo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 de 3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semestres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 (3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pontos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14:paraId="74095009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7A453B33" w14:textId="77777777" w:rsidTr="001F6AD5">
        <w:trPr>
          <w:trHeight w:val="659"/>
          <w:jc w:val="center"/>
        </w:trPr>
        <w:tc>
          <w:tcPr>
            <w:tcW w:w="1077" w:type="dxa"/>
            <w:vMerge/>
          </w:tcPr>
          <w:p w14:paraId="38E01BAD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9A924FB" w14:textId="599D304E" w:rsidR="00787E89" w:rsidRDefault="003818DA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</w:t>
            </w:r>
            <w:r w:rsidRPr="003818DA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em projetos de ensino, pesquisa, extensão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, inovação</w:t>
            </w:r>
            <w:r w:rsidRPr="003818DA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 ou desenvolvimento institucional;</w:t>
            </w:r>
          </w:p>
          <w:p w14:paraId="08929983" w14:textId="2AD5DDC2" w:rsidR="003818DA" w:rsidRPr="003818DA" w:rsidRDefault="003818DA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685" w:type="dxa"/>
            <w:gridSpan w:val="2"/>
          </w:tcPr>
          <w:p w14:paraId="7C471779" w14:textId="77777777" w:rsidR="003818DA" w:rsidRPr="00787E89" w:rsidRDefault="003818DA" w:rsidP="003818DA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 ponto por semestre completo de atuação.</w:t>
            </w:r>
          </w:p>
          <w:p w14:paraId="5FC61C7C" w14:textId="4E5C6748" w:rsidR="00787E89" w:rsidRPr="00787E89" w:rsidRDefault="003818DA" w:rsidP="003818DA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Máximo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 de 3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semestres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 (3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pontos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14:paraId="4E3FA261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0B3452B6" w14:textId="77777777" w:rsidTr="001F6AD5">
        <w:trPr>
          <w:trHeight w:val="460"/>
          <w:jc w:val="center"/>
        </w:trPr>
        <w:tc>
          <w:tcPr>
            <w:tcW w:w="1077" w:type="dxa"/>
            <w:vMerge/>
          </w:tcPr>
          <w:p w14:paraId="4CFD1D2C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0A425D3" w14:textId="77777777" w:rsidR="003818DA" w:rsidRPr="003818DA" w:rsidRDefault="003818DA" w:rsidP="003818DA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3818DA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Atuação em projetos financiados por órgãos públicos ou agências de fomento.</w:t>
            </w:r>
          </w:p>
          <w:p w14:paraId="2554EE63" w14:textId="37AADB19" w:rsidR="00787E89" w:rsidRPr="003818DA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685" w:type="dxa"/>
            <w:gridSpan w:val="2"/>
          </w:tcPr>
          <w:p w14:paraId="464A17CB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 ponto por semestre completo de atuação.</w:t>
            </w:r>
          </w:p>
          <w:p w14:paraId="237F99B2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Máximo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 de 3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semestres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 (3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pontos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14:paraId="7137F80F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DC5CC1" w:rsidRPr="00787E89" w14:paraId="03F561A9" w14:textId="77777777" w:rsidTr="001F6AD5">
        <w:trPr>
          <w:trHeight w:val="220"/>
          <w:jc w:val="center"/>
        </w:trPr>
        <w:tc>
          <w:tcPr>
            <w:tcW w:w="1077" w:type="dxa"/>
            <w:vMerge/>
          </w:tcPr>
          <w:p w14:paraId="7155BBF3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/>
          </w:tcPr>
          <w:p w14:paraId="01183D16" w14:textId="77777777" w:rsidR="00787E89" w:rsidRPr="00787E89" w:rsidRDefault="00787E89" w:rsidP="0003744A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  <w:proofErr w:type="spellEnd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máxima</w:t>
            </w:r>
            <w:proofErr w:type="spellEnd"/>
          </w:p>
        </w:tc>
        <w:tc>
          <w:tcPr>
            <w:tcW w:w="3685" w:type="dxa"/>
            <w:gridSpan w:val="2"/>
            <w:shd w:val="clear" w:color="auto" w:fill="D9D9D9"/>
          </w:tcPr>
          <w:p w14:paraId="19EC265F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D9D9D9"/>
          </w:tcPr>
          <w:p w14:paraId="1388D8E4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36D93E49" w14:textId="77777777" w:rsidTr="001F6AD5">
        <w:trPr>
          <w:trHeight w:val="520"/>
          <w:jc w:val="center"/>
        </w:trPr>
        <w:tc>
          <w:tcPr>
            <w:tcW w:w="1077" w:type="dxa"/>
            <w:vMerge w:val="restart"/>
          </w:tcPr>
          <w:p w14:paraId="77B03C69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0A908D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5851F5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Critério</w:t>
            </w:r>
            <w:proofErr w:type="spellEnd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3119" w:type="dxa"/>
          </w:tcPr>
          <w:p w14:paraId="27D05A61" w14:textId="62FC6242" w:rsidR="00787E89" w:rsidRPr="00787E89" w:rsidRDefault="00787E89" w:rsidP="00ED6CE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 xml:space="preserve">EXPERIÊNCIA </w:t>
            </w:r>
            <w:r w:rsidR="00ED6CE7"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  <w:t>EM AGROECOLOGIA, AGRICULTURA URBANA E PERIURBANA</w:t>
            </w:r>
          </w:p>
        </w:tc>
        <w:tc>
          <w:tcPr>
            <w:tcW w:w="3685" w:type="dxa"/>
            <w:gridSpan w:val="2"/>
          </w:tcPr>
          <w:p w14:paraId="7F280590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  <w:proofErr w:type="spellEnd"/>
          </w:p>
        </w:tc>
        <w:tc>
          <w:tcPr>
            <w:tcW w:w="1418" w:type="dxa"/>
          </w:tcPr>
          <w:p w14:paraId="3D6A6CB5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Avaliação</w:t>
            </w:r>
            <w:proofErr w:type="spellEnd"/>
          </w:p>
        </w:tc>
      </w:tr>
      <w:tr w:rsidR="00787E89" w:rsidRPr="00787E89" w14:paraId="3FF3D602" w14:textId="77777777" w:rsidTr="001F6AD5">
        <w:trPr>
          <w:trHeight w:val="504"/>
          <w:jc w:val="center"/>
        </w:trPr>
        <w:tc>
          <w:tcPr>
            <w:tcW w:w="1077" w:type="dxa"/>
            <w:vMerge/>
          </w:tcPr>
          <w:p w14:paraId="47374AE4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534D67F8" w14:textId="408969CC" w:rsidR="00191BB2" w:rsidRPr="00191BB2" w:rsidRDefault="00191BB2" w:rsidP="00191BB2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191BB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Atuação profissional ou acadêmica em agroecologia, agricultura urbana ou periurbana</w:t>
            </w: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; ou </w:t>
            </w:r>
            <w:r w:rsidRPr="00191BB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Participação em projetos, programas, ações comunitárias ou políticas públicas relacionadas;</w:t>
            </w:r>
          </w:p>
          <w:p w14:paraId="0BB545CB" w14:textId="77777777" w:rsidR="00191BB2" w:rsidRPr="00191BB2" w:rsidRDefault="00191BB2" w:rsidP="00191BB2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 xml:space="preserve">Ou </w:t>
            </w:r>
            <w:r w:rsidRPr="00191BB2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Experiência com assistência técnica, formação de comunidades, hortas pedagógicas ou produtivas;</w:t>
            </w:r>
          </w:p>
          <w:p w14:paraId="2F40D489" w14:textId="444327AE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</w:p>
        </w:tc>
        <w:tc>
          <w:tcPr>
            <w:tcW w:w="3685" w:type="dxa"/>
            <w:gridSpan w:val="2"/>
          </w:tcPr>
          <w:p w14:paraId="65265F16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 ponto por mês completo de experiência.</w:t>
            </w:r>
          </w:p>
          <w:p w14:paraId="0C1ACE99" w14:textId="77777777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sz w:val="20"/>
                <w:szCs w:val="20"/>
              </w:rPr>
              <w:t xml:space="preserve">Máximo de 36 meses. (36 </w:t>
            </w:r>
            <w:proofErr w:type="spellStart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pontos</w:t>
            </w:r>
            <w:proofErr w:type="spellEnd"/>
            <w:r w:rsidRPr="00787E89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B7483DE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DC5CC1" w:rsidRPr="00787E89" w14:paraId="67370AA4" w14:textId="77777777" w:rsidTr="001F6AD5">
        <w:trPr>
          <w:trHeight w:val="220"/>
          <w:jc w:val="center"/>
        </w:trPr>
        <w:tc>
          <w:tcPr>
            <w:tcW w:w="1077" w:type="dxa"/>
            <w:vMerge/>
          </w:tcPr>
          <w:p w14:paraId="0865D609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/>
          </w:tcPr>
          <w:p w14:paraId="45D0B970" w14:textId="77777777" w:rsidR="00787E89" w:rsidRPr="00787E89" w:rsidRDefault="00787E89" w:rsidP="0003744A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Pontuação</w:t>
            </w:r>
            <w:proofErr w:type="spellEnd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máxima</w:t>
            </w:r>
            <w:proofErr w:type="spellEnd"/>
          </w:p>
        </w:tc>
        <w:tc>
          <w:tcPr>
            <w:tcW w:w="3685" w:type="dxa"/>
            <w:gridSpan w:val="2"/>
            <w:shd w:val="clear" w:color="auto" w:fill="D9D9D9"/>
          </w:tcPr>
          <w:p w14:paraId="7366D0EE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18" w:type="dxa"/>
            <w:shd w:val="clear" w:color="auto" w:fill="D9D9D9"/>
          </w:tcPr>
          <w:p w14:paraId="4A6A3318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787E89" w:rsidRPr="00787E89" w14:paraId="4B3E6593" w14:textId="77777777" w:rsidTr="001F6AD5">
        <w:trPr>
          <w:trHeight w:val="220"/>
          <w:jc w:val="center"/>
        </w:trPr>
        <w:tc>
          <w:tcPr>
            <w:tcW w:w="4196" w:type="dxa"/>
            <w:gridSpan w:val="2"/>
          </w:tcPr>
          <w:p w14:paraId="45A01722" w14:textId="34AD19D6" w:rsidR="00787E89" w:rsidRPr="00787E89" w:rsidRDefault="00787E89" w:rsidP="00787E89">
            <w:pPr>
              <w:pStyle w:val="SemEspaamen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Total </w:t>
            </w:r>
            <w:r w:rsidR="00EC7B3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eral</w:t>
            </w:r>
          </w:p>
        </w:tc>
        <w:tc>
          <w:tcPr>
            <w:tcW w:w="3685" w:type="dxa"/>
            <w:gridSpan w:val="2"/>
            <w:shd w:val="clear" w:color="auto" w:fill="D9D9D9"/>
          </w:tcPr>
          <w:p w14:paraId="29A46039" w14:textId="77777777" w:rsidR="00787E89" w:rsidRPr="00787E89" w:rsidRDefault="00787E89" w:rsidP="00F714B7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87E8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418" w:type="dxa"/>
            <w:shd w:val="clear" w:color="auto" w:fill="D9D9D9"/>
          </w:tcPr>
          <w:p w14:paraId="220C41A0" w14:textId="77777777" w:rsidR="00787E89" w:rsidRPr="00787E89" w:rsidRDefault="00787E89" w:rsidP="00787E89">
            <w:pPr>
              <w:pStyle w:val="SemEspaamen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</w:tbl>
    <w:p w14:paraId="0B248294" w14:textId="77777777" w:rsidR="004F3690" w:rsidRPr="004F3690" w:rsidRDefault="004F3690" w:rsidP="004F3690">
      <w:pPr>
        <w:rPr>
          <w:rFonts w:asciiTheme="majorHAnsi" w:hAnsiTheme="majorHAnsi" w:cstheme="majorHAnsi"/>
          <w:sz w:val="20"/>
          <w:szCs w:val="20"/>
          <w:lang w:val="pt-BR"/>
        </w:rPr>
      </w:pPr>
      <w:r w:rsidRPr="004F3690">
        <w:rPr>
          <w:rFonts w:asciiTheme="majorHAnsi" w:hAnsiTheme="majorHAnsi" w:cstheme="majorHAnsi"/>
          <w:sz w:val="20"/>
          <w:szCs w:val="20"/>
          <w:lang w:val="pt-BR"/>
        </w:rPr>
        <w:t>* Considera-se apenas a maior titulação.</w:t>
      </w:r>
    </w:p>
    <w:p w14:paraId="3283AA1E" w14:textId="1458C43C" w:rsidR="00787E89" w:rsidRDefault="00787E89" w:rsidP="00EC7B3B">
      <w:pPr>
        <w:rPr>
          <w:rFonts w:asciiTheme="majorHAnsi" w:hAnsiTheme="majorHAnsi" w:cstheme="majorHAnsi"/>
          <w:lang w:val="pt-BR"/>
        </w:rPr>
      </w:pPr>
    </w:p>
    <w:p w14:paraId="2762C34A" w14:textId="2A51720D" w:rsidR="004F3690" w:rsidRPr="009E0B79" w:rsidRDefault="004F3690" w:rsidP="004F3690">
      <w:pPr>
        <w:spacing w:before="230" w:line="36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lastRenderedPageBreak/>
        <w:t xml:space="preserve">EDITAL Nº </w:t>
      </w:r>
      <w:r w:rsidR="00A61D94">
        <w:rPr>
          <w:rFonts w:asciiTheme="majorHAnsi" w:hAnsiTheme="majorHAnsi" w:cstheme="majorHAnsi"/>
          <w:b/>
          <w:bCs/>
          <w:sz w:val="24"/>
          <w:szCs w:val="24"/>
          <w:lang w:val="pt-BR"/>
        </w:rPr>
        <w:t>0</w:t>
      </w:r>
      <w:r w:rsidR="00F11981">
        <w:rPr>
          <w:rFonts w:asciiTheme="majorHAnsi" w:hAnsiTheme="majorHAnsi" w:cstheme="majorHAnsi"/>
          <w:b/>
          <w:bCs/>
          <w:sz w:val="24"/>
          <w:szCs w:val="24"/>
          <w:lang w:val="pt-BR"/>
        </w:rPr>
        <w:t>5</w:t>
      </w: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</w:p>
    <w:p w14:paraId="12EAA7CE" w14:textId="2479BCB5" w:rsidR="004F3690" w:rsidRDefault="004F3690" w:rsidP="004F3690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ANEXO I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II</w:t>
      </w:r>
    </w:p>
    <w:p w14:paraId="22EA2AFD" w14:textId="57C00073" w:rsidR="004F3690" w:rsidRDefault="004F3690" w:rsidP="003B45D3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TABELA DE MUNICÍPIOS PARA ATUAÇÃO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80"/>
        <w:gridCol w:w="2370"/>
        <w:gridCol w:w="3780"/>
      </w:tblGrid>
      <w:tr w:rsidR="004F3690" w:rsidRPr="003B45D3" w14:paraId="26E8CF48" w14:textId="77777777" w:rsidTr="0097021E">
        <w:tc>
          <w:tcPr>
            <w:tcW w:w="2480" w:type="dxa"/>
            <w:shd w:val="clear" w:color="auto" w:fill="D9D9D9" w:themeFill="background1" w:themeFillShade="D9"/>
          </w:tcPr>
          <w:p w14:paraId="1BD58A2F" w14:textId="352E7384" w:rsidR="004F3690" w:rsidRPr="003B45D3" w:rsidRDefault="004F3690" w:rsidP="003B45D3">
            <w:pPr>
              <w:pStyle w:val="SemEspaamen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MUNICÍPIO</w:t>
            </w:r>
          </w:p>
        </w:tc>
        <w:tc>
          <w:tcPr>
            <w:tcW w:w="2370" w:type="dxa"/>
            <w:shd w:val="clear" w:color="auto" w:fill="D9D9D9" w:themeFill="background1" w:themeFillShade="D9"/>
          </w:tcPr>
          <w:p w14:paraId="6A22F4A1" w14:textId="36B29B4C" w:rsidR="004F3690" w:rsidRPr="003B45D3" w:rsidRDefault="004F3690" w:rsidP="003B45D3">
            <w:pPr>
              <w:pStyle w:val="SemEspaamen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ESTADO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5A0FB03C" w14:textId="4FE9ED78" w:rsidR="004F3690" w:rsidRPr="003B45D3" w:rsidRDefault="004F3690" w:rsidP="003B45D3">
            <w:pPr>
              <w:pStyle w:val="SemEspaamen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IF</w:t>
            </w:r>
            <w:r w:rsidR="00970C7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es</w:t>
            </w:r>
            <w:r w:rsidRPr="003B45D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/CAMPUS</w:t>
            </w:r>
          </w:p>
        </w:tc>
      </w:tr>
      <w:tr w:rsidR="004F3690" w:rsidRPr="003B45D3" w14:paraId="3EA7AF69" w14:textId="77777777" w:rsidTr="0097021E">
        <w:tc>
          <w:tcPr>
            <w:tcW w:w="2480" w:type="dxa"/>
          </w:tcPr>
          <w:p w14:paraId="4C64BCB2" w14:textId="7DC9ABA6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Palmas</w:t>
            </w:r>
          </w:p>
        </w:tc>
        <w:tc>
          <w:tcPr>
            <w:tcW w:w="2370" w:type="dxa"/>
          </w:tcPr>
          <w:p w14:paraId="4FA7D3B4" w14:textId="20935221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Tocantins</w:t>
            </w:r>
          </w:p>
        </w:tc>
        <w:tc>
          <w:tcPr>
            <w:tcW w:w="3780" w:type="dxa"/>
          </w:tcPr>
          <w:p w14:paraId="74716E77" w14:textId="09B84A0E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IFTO – Campus Palmas</w:t>
            </w:r>
          </w:p>
        </w:tc>
      </w:tr>
      <w:tr w:rsidR="004F3690" w:rsidRPr="003B45D3" w14:paraId="1C4CB24C" w14:textId="77777777" w:rsidTr="0097021E">
        <w:tc>
          <w:tcPr>
            <w:tcW w:w="2480" w:type="dxa"/>
          </w:tcPr>
          <w:p w14:paraId="241BBDDF" w14:textId="1A215D8A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João Pessoa</w:t>
            </w:r>
          </w:p>
        </w:tc>
        <w:tc>
          <w:tcPr>
            <w:tcW w:w="2370" w:type="dxa"/>
          </w:tcPr>
          <w:p w14:paraId="574FDC8B" w14:textId="4E625A2F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Paraíba</w:t>
            </w:r>
          </w:p>
        </w:tc>
        <w:tc>
          <w:tcPr>
            <w:tcW w:w="3780" w:type="dxa"/>
          </w:tcPr>
          <w:p w14:paraId="2DCC93BE" w14:textId="0DA43822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IFPB – Campus João Pessoa</w:t>
            </w:r>
          </w:p>
        </w:tc>
      </w:tr>
      <w:tr w:rsidR="004F3690" w:rsidRPr="00F11981" w14:paraId="5E6AFEDA" w14:textId="77777777" w:rsidTr="0097021E">
        <w:tc>
          <w:tcPr>
            <w:tcW w:w="2480" w:type="dxa"/>
          </w:tcPr>
          <w:p w14:paraId="4560D205" w14:textId="0A213BDD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Feira de Santana</w:t>
            </w:r>
          </w:p>
        </w:tc>
        <w:tc>
          <w:tcPr>
            <w:tcW w:w="2370" w:type="dxa"/>
          </w:tcPr>
          <w:p w14:paraId="2E65DD70" w14:textId="3EC2853F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Bahia</w:t>
            </w:r>
          </w:p>
        </w:tc>
        <w:tc>
          <w:tcPr>
            <w:tcW w:w="3780" w:type="dxa"/>
          </w:tcPr>
          <w:p w14:paraId="14ECE071" w14:textId="1D313BCF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 xml:space="preserve">IFBA </w:t>
            </w:r>
            <w:r w:rsidR="003B45D3"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–</w:t>
            </w: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 xml:space="preserve"> </w:t>
            </w:r>
            <w:r w:rsidR="003B45D3"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Campus Feira de Santana</w:t>
            </w:r>
          </w:p>
        </w:tc>
      </w:tr>
      <w:tr w:rsidR="004F3690" w:rsidRPr="003B45D3" w14:paraId="7A5256EB" w14:textId="77777777" w:rsidTr="0097021E">
        <w:tc>
          <w:tcPr>
            <w:tcW w:w="2480" w:type="dxa"/>
          </w:tcPr>
          <w:p w14:paraId="11DC8180" w14:textId="33728C46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Niterói</w:t>
            </w:r>
          </w:p>
        </w:tc>
        <w:tc>
          <w:tcPr>
            <w:tcW w:w="2370" w:type="dxa"/>
          </w:tcPr>
          <w:p w14:paraId="5360D0F5" w14:textId="2193CBD6" w:rsidR="004F3690" w:rsidRPr="0097021E" w:rsidRDefault="004F3690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Rio de Janeiro</w:t>
            </w:r>
          </w:p>
        </w:tc>
        <w:tc>
          <w:tcPr>
            <w:tcW w:w="3780" w:type="dxa"/>
          </w:tcPr>
          <w:p w14:paraId="443D2F74" w14:textId="7FE66414" w:rsidR="004F3690" w:rsidRPr="0097021E" w:rsidRDefault="003B45D3" w:rsidP="003B45D3">
            <w:pPr>
              <w:pStyle w:val="SemEspaamento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97021E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IFRJ – Campus Niterói</w:t>
            </w:r>
          </w:p>
        </w:tc>
      </w:tr>
    </w:tbl>
    <w:p w14:paraId="7BDE0F8B" w14:textId="77777777" w:rsidR="004F3690" w:rsidRDefault="004F3690" w:rsidP="004F3690">
      <w:pPr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</w:p>
    <w:p w14:paraId="0E02F1A7" w14:textId="77777777" w:rsidR="004F3690" w:rsidRPr="009E0B79" w:rsidRDefault="004F3690" w:rsidP="004F3690">
      <w:pPr>
        <w:rPr>
          <w:rFonts w:asciiTheme="majorHAnsi" w:hAnsiTheme="majorHAnsi" w:cstheme="majorHAnsi"/>
          <w:lang w:val="pt-BR"/>
        </w:rPr>
      </w:pPr>
    </w:p>
    <w:sectPr w:rsidR="004F3690" w:rsidRPr="009E0B79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4D9A" w14:textId="77777777" w:rsidR="000B61BF" w:rsidRDefault="000B61BF" w:rsidP="005844A4">
      <w:pPr>
        <w:spacing w:after="0" w:line="240" w:lineRule="auto"/>
      </w:pPr>
      <w:r>
        <w:separator/>
      </w:r>
    </w:p>
  </w:endnote>
  <w:endnote w:type="continuationSeparator" w:id="0">
    <w:p w14:paraId="5C931A38" w14:textId="77777777" w:rsidR="000B61BF" w:rsidRDefault="000B61BF" w:rsidP="0058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68A5" w14:textId="77777777" w:rsidR="005844A4" w:rsidRDefault="005844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967C5" w14:textId="77777777" w:rsidR="000B61BF" w:rsidRDefault="000B61BF" w:rsidP="005844A4">
      <w:pPr>
        <w:spacing w:after="0" w:line="240" w:lineRule="auto"/>
      </w:pPr>
      <w:r>
        <w:separator/>
      </w:r>
    </w:p>
  </w:footnote>
  <w:footnote w:type="continuationSeparator" w:id="0">
    <w:p w14:paraId="198B0AC0" w14:textId="77777777" w:rsidR="000B61BF" w:rsidRDefault="000B61BF" w:rsidP="00584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1D220C"/>
    <w:multiLevelType w:val="hybridMultilevel"/>
    <w:tmpl w:val="8D56B7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45A40"/>
    <w:multiLevelType w:val="multilevel"/>
    <w:tmpl w:val="58EEF69C"/>
    <w:styleLink w:val="Listaatual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C1CE6"/>
    <w:multiLevelType w:val="hybridMultilevel"/>
    <w:tmpl w:val="8D56B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F695F"/>
    <w:multiLevelType w:val="multilevel"/>
    <w:tmpl w:val="58EEF69C"/>
    <w:numStyleLink w:val="Listaatual1"/>
  </w:abstractNum>
  <w:abstractNum w:abstractNumId="13" w15:restartNumberingAfterBreak="0">
    <w:nsid w:val="22901E89"/>
    <w:multiLevelType w:val="hybridMultilevel"/>
    <w:tmpl w:val="58EEF6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61754"/>
    <w:multiLevelType w:val="hybridMultilevel"/>
    <w:tmpl w:val="8E24A0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B3DC0"/>
    <w:multiLevelType w:val="hybridMultilevel"/>
    <w:tmpl w:val="724687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F2A5C"/>
    <w:multiLevelType w:val="hybridMultilevel"/>
    <w:tmpl w:val="8AA44E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60633"/>
    <w:multiLevelType w:val="hybridMultilevel"/>
    <w:tmpl w:val="021088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025389">
    <w:abstractNumId w:val="8"/>
  </w:num>
  <w:num w:numId="2" w16cid:durableId="1757246583">
    <w:abstractNumId w:val="6"/>
  </w:num>
  <w:num w:numId="3" w16cid:durableId="1444306784">
    <w:abstractNumId w:val="5"/>
  </w:num>
  <w:num w:numId="4" w16cid:durableId="739138615">
    <w:abstractNumId w:val="4"/>
  </w:num>
  <w:num w:numId="5" w16cid:durableId="898132079">
    <w:abstractNumId w:val="7"/>
  </w:num>
  <w:num w:numId="6" w16cid:durableId="1247377779">
    <w:abstractNumId w:val="3"/>
  </w:num>
  <w:num w:numId="7" w16cid:durableId="140541185">
    <w:abstractNumId w:val="2"/>
  </w:num>
  <w:num w:numId="8" w16cid:durableId="1927684456">
    <w:abstractNumId w:val="1"/>
  </w:num>
  <w:num w:numId="9" w16cid:durableId="461851949">
    <w:abstractNumId w:val="0"/>
  </w:num>
  <w:num w:numId="10" w16cid:durableId="611479160">
    <w:abstractNumId w:val="16"/>
  </w:num>
  <w:num w:numId="11" w16cid:durableId="172763711">
    <w:abstractNumId w:val="17"/>
  </w:num>
  <w:num w:numId="12" w16cid:durableId="551038626">
    <w:abstractNumId w:val="15"/>
  </w:num>
  <w:num w:numId="13" w16cid:durableId="1439058795">
    <w:abstractNumId w:val="11"/>
  </w:num>
  <w:num w:numId="14" w16cid:durableId="1134953095">
    <w:abstractNumId w:val="12"/>
  </w:num>
  <w:num w:numId="15" w16cid:durableId="958219162">
    <w:abstractNumId w:val="14"/>
  </w:num>
  <w:num w:numId="16" w16cid:durableId="65033209">
    <w:abstractNumId w:val="10"/>
  </w:num>
  <w:num w:numId="17" w16cid:durableId="437993914">
    <w:abstractNumId w:val="13"/>
  </w:num>
  <w:num w:numId="18" w16cid:durableId="18300964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5E1"/>
    <w:rsid w:val="00034616"/>
    <w:rsid w:val="0003744A"/>
    <w:rsid w:val="00044AC6"/>
    <w:rsid w:val="0006063C"/>
    <w:rsid w:val="00080948"/>
    <w:rsid w:val="00097C0B"/>
    <w:rsid w:val="000B526C"/>
    <w:rsid w:val="000B61BF"/>
    <w:rsid w:val="000E0FB9"/>
    <w:rsid w:val="000F6B1A"/>
    <w:rsid w:val="001028C7"/>
    <w:rsid w:val="00132A53"/>
    <w:rsid w:val="0015074B"/>
    <w:rsid w:val="001736E6"/>
    <w:rsid w:val="00191BB2"/>
    <w:rsid w:val="001C6938"/>
    <w:rsid w:val="001D10C8"/>
    <w:rsid w:val="001E3FC1"/>
    <w:rsid w:val="001F6AD5"/>
    <w:rsid w:val="002308A2"/>
    <w:rsid w:val="00231EFC"/>
    <w:rsid w:val="00250DD5"/>
    <w:rsid w:val="00252DA4"/>
    <w:rsid w:val="00257DDC"/>
    <w:rsid w:val="00265330"/>
    <w:rsid w:val="002749EE"/>
    <w:rsid w:val="00284837"/>
    <w:rsid w:val="0029639D"/>
    <w:rsid w:val="0030240A"/>
    <w:rsid w:val="003123F2"/>
    <w:rsid w:val="00322112"/>
    <w:rsid w:val="00326F90"/>
    <w:rsid w:val="00372836"/>
    <w:rsid w:val="00374022"/>
    <w:rsid w:val="00381207"/>
    <w:rsid w:val="003818DA"/>
    <w:rsid w:val="003837A2"/>
    <w:rsid w:val="003A57C9"/>
    <w:rsid w:val="003B45D3"/>
    <w:rsid w:val="003C1536"/>
    <w:rsid w:val="003C2D34"/>
    <w:rsid w:val="003D2DEA"/>
    <w:rsid w:val="003E52C0"/>
    <w:rsid w:val="00403A12"/>
    <w:rsid w:val="00413533"/>
    <w:rsid w:val="00414699"/>
    <w:rsid w:val="00421D8A"/>
    <w:rsid w:val="00490266"/>
    <w:rsid w:val="00497888"/>
    <w:rsid w:val="004A1520"/>
    <w:rsid w:val="004A2331"/>
    <w:rsid w:val="004A2436"/>
    <w:rsid w:val="004A274C"/>
    <w:rsid w:val="004E3ACC"/>
    <w:rsid w:val="004F0A4D"/>
    <w:rsid w:val="004F3690"/>
    <w:rsid w:val="00507144"/>
    <w:rsid w:val="0055119E"/>
    <w:rsid w:val="00557B79"/>
    <w:rsid w:val="005844A4"/>
    <w:rsid w:val="005A09BE"/>
    <w:rsid w:val="005B2B87"/>
    <w:rsid w:val="005C60B7"/>
    <w:rsid w:val="005D0EA8"/>
    <w:rsid w:val="005E4ACF"/>
    <w:rsid w:val="006125E3"/>
    <w:rsid w:val="00634B1A"/>
    <w:rsid w:val="00644AA9"/>
    <w:rsid w:val="00653BBF"/>
    <w:rsid w:val="00676E14"/>
    <w:rsid w:val="006B10EE"/>
    <w:rsid w:val="006B5C3B"/>
    <w:rsid w:val="00707731"/>
    <w:rsid w:val="00712705"/>
    <w:rsid w:val="00720524"/>
    <w:rsid w:val="00721A9B"/>
    <w:rsid w:val="00787E89"/>
    <w:rsid w:val="00787EA7"/>
    <w:rsid w:val="007946BF"/>
    <w:rsid w:val="007968BB"/>
    <w:rsid w:val="007C1D29"/>
    <w:rsid w:val="00815823"/>
    <w:rsid w:val="00817EEC"/>
    <w:rsid w:val="008461D8"/>
    <w:rsid w:val="00862BAD"/>
    <w:rsid w:val="00875034"/>
    <w:rsid w:val="008B12B5"/>
    <w:rsid w:val="008B6FDC"/>
    <w:rsid w:val="008C183F"/>
    <w:rsid w:val="008F5754"/>
    <w:rsid w:val="009155C6"/>
    <w:rsid w:val="009445A4"/>
    <w:rsid w:val="0097021E"/>
    <w:rsid w:val="00970644"/>
    <w:rsid w:val="00970C79"/>
    <w:rsid w:val="009A6EE5"/>
    <w:rsid w:val="009D6768"/>
    <w:rsid w:val="009E0B79"/>
    <w:rsid w:val="00A02559"/>
    <w:rsid w:val="00A10C15"/>
    <w:rsid w:val="00A350B4"/>
    <w:rsid w:val="00A469A9"/>
    <w:rsid w:val="00A5319F"/>
    <w:rsid w:val="00A61D94"/>
    <w:rsid w:val="00A73A9A"/>
    <w:rsid w:val="00AA1D8D"/>
    <w:rsid w:val="00AF454D"/>
    <w:rsid w:val="00B33387"/>
    <w:rsid w:val="00B47730"/>
    <w:rsid w:val="00B632EC"/>
    <w:rsid w:val="00BA5392"/>
    <w:rsid w:val="00BB10FD"/>
    <w:rsid w:val="00BC0729"/>
    <w:rsid w:val="00BD1D9D"/>
    <w:rsid w:val="00BD4C55"/>
    <w:rsid w:val="00C15455"/>
    <w:rsid w:val="00C519B6"/>
    <w:rsid w:val="00C528F9"/>
    <w:rsid w:val="00C703AB"/>
    <w:rsid w:val="00CB0664"/>
    <w:rsid w:val="00CE6188"/>
    <w:rsid w:val="00D374B9"/>
    <w:rsid w:val="00D4032F"/>
    <w:rsid w:val="00D50CF9"/>
    <w:rsid w:val="00D7152B"/>
    <w:rsid w:val="00DC5CC1"/>
    <w:rsid w:val="00DD17DA"/>
    <w:rsid w:val="00E015C9"/>
    <w:rsid w:val="00E07B22"/>
    <w:rsid w:val="00E2434A"/>
    <w:rsid w:val="00E6194A"/>
    <w:rsid w:val="00E76417"/>
    <w:rsid w:val="00E85D99"/>
    <w:rsid w:val="00EB1606"/>
    <w:rsid w:val="00EB4B29"/>
    <w:rsid w:val="00EC7B3B"/>
    <w:rsid w:val="00ED4E7B"/>
    <w:rsid w:val="00ED6CE7"/>
    <w:rsid w:val="00EE34F5"/>
    <w:rsid w:val="00EE4241"/>
    <w:rsid w:val="00F04A04"/>
    <w:rsid w:val="00F060DF"/>
    <w:rsid w:val="00F11981"/>
    <w:rsid w:val="00F275B8"/>
    <w:rsid w:val="00F714B7"/>
    <w:rsid w:val="00FC693F"/>
    <w:rsid w:val="00F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2EC79"/>
  <w14:defaultImageDpi w14:val="300"/>
  <w15:docId w15:val="{91510E6C-C910-EF4A-B93F-059D5649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Listaatual1">
    <w:name w:val="Lista atual1"/>
    <w:uiPriority w:val="99"/>
    <w:rsid w:val="00BB10FD"/>
    <w:pPr>
      <w:numPr>
        <w:numId w:val="16"/>
      </w:numPr>
    </w:pPr>
  </w:style>
  <w:style w:type="character" w:styleId="Hyperlink">
    <w:name w:val="Hyperlink"/>
    <w:basedOn w:val="Fontepargpadro"/>
    <w:uiPriority w:val="99"/>
    <w:unhideWhenUsed/>
    <w:rsid w:val="002653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6533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A2331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44A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44A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84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397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Smith</cp:lastModifiedBy>
  <cp:revision>60</cp:revision>
  <dcterms:created xsi:type="dcterms:W3CDTF">2026-01-23T20:48:00Z</dcterms:created>
  <dcterms:modified xsi:type="dcterms:W3CDTF">2026-02-25T16:36:00Z</dcterms:modified>
  <cp:category/>
</cp:coreProperties>
</file>